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99"/>
        <w:gridCol w:w="4240"/>
        <w:gridCol w:w="8480"/>
        <w:gridCol w:w="785"/>
      </w:tblGrid>
      <w:tr>
        <w:tc>
          <w:tcPr>
            <w:tcW w:type="dxa" w:w="2199"/>
            <w:vMerge w:val="restart"/>
          </w:tcPr>
          <w:p>
            <w:r>
              <w:rPr>
                <w:b w:val="0"/>
              </w:rPr>
              <w:t>Универсальный</w:t>
            </w:r>
            <w:r>
              <w:br/>
            </w:r>
            <w:r>
              <w:rPr>
                <w:b w:val="0"/>
              </w:rPr>
              <w:t>передаточный</w:t>
            </w:r>
            <w:r>
              <w:br/>
            </w:r>
            <w:r>
              <w:rPr>
                <w:b w:val="0"/>
              </w:rPr>
              <w:t>документ</w:t>
            </w:r>
            <w:r>
              <w:br/>
            </w:r>
            <w:r>
              <w:br/>
            </w:r>
            <w:r>
              <w:rPr>
                <w:b w:val="0"/>
              </w:rPr>
              <w:t xml:space="preserve">Статус: </w:t>
            </w:r>
            <w:r>
              <w:rPr>
                <w:b/>
              </w:rPr>
              <w:t>__________</w:t>
            </w:r>
            <w:r>
              <w:br/>
            </w:r>
            <w:r>
              <w:rPr>
                <w:b w:val="0"/>
                <w:sz w:val="14"/>
              </w:rPr>
              <w:t>1 — счёт-фактура и передаточный документ (акт)</w:t>
            </w:r>
            <w:r>
              <w:br/>
            </w:r>
            <w:r>
              <w:rPr>
                <w:b w:val="0"/>
                <w:sz w:val="14"/>
              </w:rPr>
              <w:t>2 — передаточный документ (акт)</w:t>
            </w:r>
          </w:p>
        </w:tc>
        <w:tc>
          <w:tcPr>
            <w:tcW w:type="dxa" w:w="8480"/>
            <w:gridSpan w:val="2"/>
          </w:tcPr>
          <w:p>
            <w:r>
              <w:rPr>
                <w:b/>
              </w:rPr>
              <w:t>Счёт-фактура № __________ от __________</w:t>
            </w:r>
          </w:p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(1)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Исправление № … от …</w:t>
            </w:r>
          </w:p>
        </w:tc>
        <w:tc>
          <w:tcPr>
            <w:tcW w:type="dxa" w:w="8480"/>
          </w:tcPr>
          <w:p/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(1а)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Продавец:</w:t>
            </w:r>
          </w:p>
        </w:tc>
        <w:tc>
          <w:tcPr>
            <w:tcW w:type="dxa" w:w="8480"/>
          </w:tcPr>
          <w:p>
            <w:r>
              <w:rPr>
                <w:b/>
              </w:rPr>
              <w:t>__________</w:t>
            </w:r>
          </w:p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(2)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Адрес:</w:t>
            </w:r>
          </w:p>
        </w:tc>
        <w:tc>
          <w:tcPr>
            <w:tcW w:type="dxa" w:w="8480"/>
          </w:tcPr>
          <w:p/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(2а)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ИНН/КПП продавца:</w:t>
            </w:r>
          </w:p>
        </w:tc>
        <w:tc>
          <w:tcPr>
            <w:tcW w:type="dxa" w:w="8480"/>
          </w:tcPr>
          <w:p>
            <w:r>
              <w:rPr>
                <w:b w:val="0"/>
              </w:rPr>
              <w:t>__________/__________</w:t>
            </w:r>
          </w:p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(2б)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Грузоотправитель и его адрес:</w:t>
            </w:r>
          </w:p>
        </w:tc>
        <w:tc>
          <w:tcPr>
            <w:tcW w:type="dxa" w:w="8480"/>
          </w:tcPr>
          <w:p/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(3)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Грузополучатель и его адрес:</w:t>
            </w:r>
          </w:p>
        </w:tc>
        <w:tc>
          <w:tcPr>
            <w:tcW w:type="dxa" w:w="8480"/>
          </w:tcPr>
          <w:p/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(4)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К платёжно-расчётному документу:</w:t>
            </w:r>
          </w:p>
        </w:tc>
        <w:tc>
          <w:tcPr>
            <w:tcW w:type="dxa" w:w="8480"/>
          </w:tcPr>
          <w:p/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(5)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Документ об отгрузке:</w:t>
            </w:r>
          </w:p>
        </w:tc>
        <w:tc>
          <w:tcPr>
            <w:tcW w:type="dxa" w:w="8480"/>
          </w:tcPr>
          <w:p>
            <w:r>
              <w:rPr>
                <w:b w:val="0"/>
              </w:rPr>
              <w:t>№ п/п 1 № __________ от __________</w:t>
            </w:r>
          </w:p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(5а)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К счёту-фактуре, выставленному при получении оплаты:</w:t>
            </w:r>
          </w:p>
        </w:tc>
        <w:tc>
          <w:tcPr>
            <w:tcW w:type="dxa" w:w="8480"/>
          </w:tcPr>
          <w:p/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(5б)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Покупатель:</w:t>
            </w:r>
          </w:p>
        </w:tc>
        <w:tc>
          <w:tcPr>
            <w:tcW w:type="dxa" w:w="8480"/>
          </w:tcPr>
          <w:p>
            <w:r>
              <w:rPr>
                <w:b/>
              </w:rPr>
              <w:t>__________</w:t>
            </w:r>
          </w:p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(6)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Адрес:</w:t>
            </w:r>
          </w:p>
        </w:tc>
        <w:tc>
          <w:tcPr>
            <w:tcW w:type="dxa" w:w="8480"/>
          </w:tcPr>
          <w:p/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(6а)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ИНН/КПП покупателя:</w:t>
            </w:r>
          </w:p>
        </w:tc>
        <w:tc>
          <w:tcPr>
            <w:tcW w:type="dxa" w:w="8480"/>
          </w:tcPr>
          <w:p>
            <w:r>
              <w:rPr>
                <w:b w:val="0"/>
              </w:rPr>
              <w:t>__________/__________</w:t>
            </w:r>
          </w:p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(6б)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Валюта: наименование, код</w:t>
            </w:r>
          </w:p>
        </w:tc>
        <w:tc>
          <w:tcPr>
            <w:tcW w:type="dxa" w:w="8480"/>
          </w:tcPr>
          <w:p>
            <w:r>
              <w:rPr>
                <w:b w:val="0"/>
              </w:rPr>
              <w:t>Российский рубль, 643</w:t>
            </w:r>
          </w:p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(7)</w:t>
            </w:r>
          </w:p>
        </w:tc>
      </w:tr>
      <w:tr>
        <w:tc>
          <w:tcPr>
            <w:tcW w:type="dxa" w:w="3926"/>
            <w:vMerge/>
          </w:tcPr>
          <w:p/>
        </w:tc>
        <w:tc>
          <w:tcPr>
            <w:tcW w:type="dxa" w:w="4240"/>
          </w:tcPr>
          <w:p>
            <w:r>
              <w:rPr>
                <w:b w:val="0"/>
              </w:rPr>
              <w:t>Идентификатор государственного контракта, договора (соглашения) (при наличии):</w:t>
            </w:r>
          </w:p>
        </w:tc>
        <w:tc>
          <w:tcPr>
            <w:tcW w:type="dxa" w:w="8480"/>
          </w:tcPr>
          <w:p/>
        </w:tc>
        <w:tc>
          <w:tcPr>
            <w:tcW w:type="dxa" w:w="785"/>
          </w:tcPr>
          <w:p>
            <w:pPr>
              <w:jc w:val="right"/>
            </w:pPr>
            <w:r>
              <w:rPr>
                <w:b w:val="0"/>
              </w:rPr>
              <w:t>(8)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85"/>
        <w:gridCol w:w="471"/>
        <w:gridCol w:w="2827"/>
        <w:gridCol w:w="785"/>
        <w:gridCol w:w="628"/>
        <w:gridCol w:w="785"/>
        <w:gridCol w:w="942"/>
        <w:gridCol w:w="1099"/>
        <w:gridCol w:w="1256"/>
        <w:gridCol w:w="942"/>
        <w:gridCol w:w="785"/>
        <w:gridCol w:w="1099"/>
        <w:gridCol w:w="1256"/>
        <w:gridCol w:w="628"/>
        <w:gridCol w:w="785"/>
        <w:gridCol w:w="628"/>
      </w:tblGrid>
      <w:tr>
        <w:tc>
          <w:tcPr>
            <w:tcW w:type="dxa" w:w="785"/>
          </w:tcPr>
          <w:p>
            <w:r>
              <w:rPr>
                <w:b/>
                <w:sz w:val="14"/>
              </w:rPr>
              <w:t>Код товара/ работ, услуг</w:t>
            </w:r>
          </w:p>
        </w:tc>
        <w:tc>
          <w:tcPr>
            <w:tcW w:type="dxa" w:w="471"/>
          </w:tcPr>
          <w:p>
            <w:r>
              <w:rPr>
                <w:b/>
                <w:sz w:val="14"/>
              </w:rPr>
              <w:t>№ п/п</w:t>
            </w:r>
          </w:p>
        </w:tc>
        <w:tc>
          <w:tcPr>
            <w:tcW w:type="dxa" w:w="2827"/>
          </w:tcPr>
          <w:p>
            <w:r>
              <w:rPr>
                <w:b/>
                <w:sz w:val="14"/>
              </w:rPr>
              <w:t>Наименование товара (описание выполненных работ, оказанных услуг), имущественного права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Код вида товара</w:t>
            </w:r>
          </w:p>
        </w:tc>
        <w:tc>
          <w:tcPr>
            <w:tcW w:type="dxa" w:w="628"/>
          </w:tcPr>
          <w:p>
            <w:r>
              <w:rPr>
                <w:b/>
                <w:sz w:val="14"/>
              </w:rPr>
              <w:t>Ед. изм.: код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Ед. изм.: обозна­чение</w:t>
            </w:r>
          </w:p>
        </w:tc>
        <w:tc>
          <w:tcPr>
            <w:tcW w:type="dxa" w:w="942"/>
          </w:tcPr>
          <w:p>
            <w:r>
              <w:rPr>
                <w:b/>
                <w:sz w:val="14"/>
              </w:rPr>
              <w:t>Коли­чество (объём)</w:t>
            </w:r>
          </w:p>
        </w:tc>
        <w:tc>
          <w:tcPr>
            <w:tcW w:type="dxa" w:w="1099"/>
          </w:tcPr>
          <w:p>
            <w:r>
              <w:rPr>
                <w:b/>
                <w:sz w:val="14"/>
              </w:rPr>
              <w:t>Цена (тариф) за единицу</w:t>
            </w:r>
          </w:p>
        </w:tc>
        <w:tc>
          <w:tcPr>
            <w:tcW w:type="dxa" w:w="1256"/>
          </w:tcPr>
          <w:p>
            <w:r>
              <w:rPr>
                <w:b/>
                <w:sz w:val="14"/>
              </w:rPr>
              <w:t>Стоимость без налога — всего</w:t>
            </w:r>
          </w:p>
        </w:tc>
        <w:tc>
          <w:tcPr>
            <w:tcW w:type="dxa" w:w="942"/>
          </w:tcPr>
          <w:p>
            <w:r>
              <w:rPr>
                <w:b/>
                <w:sz w:val="14"/>
              </w:rPr>
              <w:t>В том числе акциз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Нало­говая ставка</w:t>
            </w:r>
          </w:p>
        </w:tc>
        <w:tc>
          <w:tcPr>
            <w:tcW w:type="dxa" w:w="1099"/>
          </w:tcPr>
          <w:p>
            <w:r>
              <w:rPr>
                <w:b/>
                <w:sz w:val="14"/>
              </w:rPr>
              <w:t>Сумма налога, предъяв­ляемая покупа­телю</w:t>
            </w:r>
          </w:p>
        </w:tc>
        <w:tc>
          <w:tcPr>
            <w:tcW w:type="dxa" w:w="1256"/>
          </w:tcPr>
          <w:p>
            <w:r>
              <w:rPr>
                <w:b/>
                <w:sz w:val="14"/>
              </w:rPr>
              <w:t>Стоимость с налогом — всего</w:t>
            </w:r>
          </w:p>
        </w:tc>
        <w:tc>
          <w:tcPr>
            <w:tcW w:type="dxa" w:w="628"/>
          </w:tcPr>
          <w:p>
            <w:r>
              <w:rPr>
                <w:b/>
                <w:sz w:val="14"/>
              </w:rPr>
              <w:t>Код страны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Страна</w:t>
            </w:r>
          </w:p>
        </w:tc>
        <w:tc>
          <w:tcPr>
            <w:tcW w:type="dxa" w:w="628"/>
          </w:tcPr>
          <w:p>
            <w:r>
              <w:rPr>
                <w:b/>
                <w:sz w:val="14"/>
              </w:rPr>
              <w:t>№ декла­ра­ции</w:t>
            </w:r>
          </w:p>
        </w:tc>
      </w:tr>
      <w:tr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А</w:t>
            </w:r>
          </w:p>
        </w:tc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2827"/>
          </w:tcPr>
          <w:p>
            <w:pPr>
              <w:jc w:val="center"/>
            </w:pPr>
            <w:r>
              <w:rPr>
                <w:b w:val="0"/>
                <w:sz w:val="14"/>
              </w:rPr>
              <w:t>1а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1б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2а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256"/>
          </w:tcPr>
          <w:p>
            <w:pPr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7</w:t>
            </w: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8</w:t>
            </w:r>
          </w:p>
        </w:tc>
        <w:tc>
          <w:tcPr>
            <w:tcW w:type="dxa" w:w="1256"/>
          </w:tcPr>
          <w:p>
            <w:pPr>
              <w:jc w:val="center"/>
            </w:pPr>
            <w:r>
              <w:rPr>
                <w:b w:val="0"/>
                <w:sz w:val="14"/>
              </w:rPr>
              <w:t>9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10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10а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11</w:t>
            </w:r>
          </w:p>
        </w:tc>
      </w:tr>
      <w:tr>
        <w:tc>
          <w:tcPr>
            <w:tcW w:type="dxa" w:w="785"/>
          </w:tcPr>
          <w:p/>
        </w:tc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2827"/>
          </w:tcPr>
          <w:p/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без акциза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</w:tr>
      <w:tr>
        <w:tc>
          <w:tcPr>
            <w:tcW w:type="dxa" w:w="785"/>
          </w:tcPr>
          <w:p/>
        </w:tc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2827"/>
          </w:tcPr>
          <w:p/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без акциза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</w:tr>
      <w:tr>
        <w:tc>
          <w:tcPr>
            <w:tcW w:type="dxa" w:w="785"/>
          </w:tcPr>
          <w:p/>
        </w:tc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2827"/>
          </w:tcPr>
          <w:p/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без акциза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</w:tr>
      <w:tr>
        <w:tc>
          <w:tcPr>
            <w:tcW w:type="dxa" w:w="785"/>
          </w:tcPr>
          <w:p/>
        </w:tc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2827"/>
          </w:tcPr>
          <w:p/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без акциза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</w:tr>
      <w:tr>
        <w:tc>
          <w:tcPr>
            <w:tcW w:type="dxa" w:w="785"/>
          </w:tcPr>
          <w:p/>
        </w:tc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2827"/>
          </w:tcPr>
          <w:p/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без акциза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</w:tr>
      <w:tr>
        <w:tc>
          <w:tcPr>
            <w:tcW w:type="dxa" w:w="1099"/>
            <w:gridSpan w:val="8"/>
          </w:tcPr>
          <w:p>
            <w:r>
              <w:rPr>
                <w:b/>
                <w:sz w:val="14"/>
              </w:rPr>
              <w:t>Всего к оплате (9)</w:t>
            </w: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785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Х</w:t>
            </w: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  <w:gridSpan w:val="3"/>
          </w:tcPr>
          <w:p/>
        </w:tc>
      </w:tr>
    </w:tbl>
    <w:p/>
    <w:p>
      <w:r>
        <w:rPr>
          <w:b w:val="0"/>
          <w:sz w:val="16"/>
        </w:rPr>
        <w:t>Документ составлен на ____________________ лист(ах)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26"/>
        <w:gridCol w:w="1727"/>
        <w:gridCol w:w="2199"/>
        <w:gridCol w:w="3926"/>
        <w:gridCol w:w="1727"/>
        <w:gridCol w:w="2199"/>
      </w:tblGrid>
      <w:tr>
        <w:tc>
          <w:tcPr>
            <w:tcW w:type="dxa" w:w="3926"/>
          </w:tcPr>
          <w:p>
            <w:r>
              <w:rPr>
                <w:b w:val="0"/>
              </w:rPr>
              <w:t>Руководитель организации или иное уполномоченное лицо</w:t>
            </w:r>
          </w:p>
        </w:tc>
        <w:tc>
          <w:tcPr>
            <w:tcW w:type="dxa" w:w="1727"/>
          </w:tcPr>
          <w:p>
            <w:r>
              <w:rPr>
                <w:b w:val="0"/>
              </w:rPr>
              <w:t>__________</w:t>
            </w:r>
          </w:p>
        </w:tc>
        <w:tc>
          <w:tcPr>
            <w:tcW w:type="dxa" w:w="2199"/>
          </w:tcPr>
          <w:p/>
        </w:tc>
        <w:tc>
          <w:tcPr>
            <w:tcW w:type="dxa" w:w="3926"/>
          </w:tcPr>
          <w:p>
            <w:r>
              <w:rPr>
                <w:b w:val="0"/>
              </w:rPr>
              <w:t>Главный бухгалтер или иное уполномоченное лицо</w:t>
            </w:r>
          </w:p>
        </w:tc>
        <w:tc>
          <w:tcPr>
            <w:tcW w:type="dxa" w:w="1727"/>
          </w:tcPr>
          <w:p>
            <w:r>
              <w:rPr>
                <w:b w:val="0"/>
              </w:rPr>
              <w:t>__________</w:t>
            </w:r>
          </w:p>
        </w:tc>
        <w:tc>
          <w:tcPr>
            <w:tcW w:type="dxa" w:w="2199"/>
          </w:tcPr>
          <w:p/>
        </w:tc>
      </w:tr>
      <w:tr>
        <w:tc>
          <w:tcPr>
            <w:tcW w:type="dxa" w:w="3926"/>
          </w:tcPr>
          <w:p>
            <w:r>
              <w:rPr>
                <w:b w:val="0"/>
              </w:rPr>
              <w:t>Индивидуальный предприниматель или иное уполномоченное лицо</w:t>
            </w:r>
          </w:p>
        </w:tc>
        <w:tc>
          <w:tcPr>
            <w:tcW w:type="dxa" w:w="1727"/>
          </w:tcPr>
          <w:p>
            <w:r>
              <w:rPr>
                <w:b w:val="0"/>
              </w:rPr>
              <w:t>__________</w:t>
            </w:r>
          </w:p>
        </w:tc>
        <w:tc>
          <w:tcPr>
            <w:tcW w:type="dxa" w:w="2199"/>
          </w:tcPr>
          <w:p/>
        </w:tc>
        <w:tc>
          <w:tcPr>
            <w:tcW w:type="dxa" w:w="2199"/>
            <w:gridSpan w:val="3"/>
          </w:tcPr>
          <w:p>
            <w:r>
              <w:rPr>
                <w:b w:val="0"/>
              </w:rPr>
              <w:t>ОГРНИП и дата присвоения: __________</w:t>
            </w:r>
          </w:p>
        </w:tc>
      </w:tr>
    </w:tbl>
    <w:p/>
    <w:p>
      <w:pPr>
        <w:pBdr>
          <w:bottom w:val="single" w:sz="12" w:space="1" w:color="00000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852"/>
        <w:gridCol w:w="7852"/>
      </w:tblGrid>
      <w:tr>
        <w:tc>
          <w:tcPr>
            <w:tcW w:type="dxa" w:w="7852"/>
            <w:gridSpan w:val="2"/>
          </w:tcPr>
          <w:p>
            <w:r>
              <w:rPr>
                <w:b w:val="0"/>
              </w:rPr>
              <w:t>Основание передачи (сдачи) / получения (приёмки): __________ [8]</w:t>
            </w:r>
          </w:p>
        </w:tc>
      </w:tr>
      <w:tr>
        <w:tc>
          <w:tcPr>
            <w:tcW w:type="dxa" w:w="7852"/>
            <w:gridSpan w:val="2"/>
          </w:tcPr>
          <w:p>
            <w:r>
              <w:rPr>
                <w:b w:val="0"/>
              </w:rPr>
              <w:t>Данные о транспортировке и грузе: __________ [9]</w:t>
            </w:r>
          </w:p>
        </w:tc>
      </w:tr>
      <w:tr>
        <w:tc>
          <w:tcPr>
            <w:tcW w:type="dxa" w:w="7852"/>
          </w:tcPr>
          <w:p>
            <w:r>
              <w:rPr>
                <w:b w:val="0"/>
              </w:rPr>
              <w:t>Товар (груз) передал / услуги, результаты работ, права сдал [10]</w:t>
            </w:r>
            <w:r>
              <w:br/>
            </w:r>
            <w:r>
              <w:rPr>
                <w:b w:val="0"/>
              </w:rPr>
              <w:t>__________ ______________ __________</w:t>
            </w:r>
          </w:p>
        </w:tc>
        <w:tc>
          <w:tcPr>
            <w:tcW w:type="dxa" w:w="7852"/>
          </w:tcPr>
          <w:p>
            <w:r>
              <w:rPr>
                <w:b w:val="0"/>
              </w:rPr>
              <w:t>Товар (груз) получил / услуги, результаты работ, права принял [15]</w:t>
            </w:r>
            <w:r>
              <w:br/>
            </w:r>
            <w:r>
              <w:rPr>
                <w:b w:val="0"/>
              </w:rPr>
              <w:t>__________ ______________ __________</w:t>
            </w:r>
          </w:p>
        </w:tc>
      </w:tr>
      <w:tr>
        <w:tc>
          <w:tcPr>
            <w:tcW w:type="dxa" w:w="7852"/>
          </w:tcPr>
          <w:p>
            <w:r>
              <w:rPr>
                <w:b w:val="0"/>
              </w:rPr>
              <w:t>Дата отгрузки, передачи (сдачи): __________ [11]</w:t>
            </w:r>
          </w:p>
        </w:tc>
        <w:tc>
          <w:tcPr>
            <w:tcW w:type="dxa" w:w="7852"/>
          </w:tcPr>
          <w:p>
            <w:r>
              <w:rPr>
                <w:b w:val="0"/>
              </w:rPr>
              <w:t>Дата получения (приёмки): «___» __________ 20___ г. [16]</w:t>
            </w:r>
          </w:p>
        </w:tc>
      </w:tr>
      <w:tr>
        <w:tc>
          <w:tcPr>
            <w:tcW w:type="dxa" w:w="7852"/>
          </w:tcPr>
          <w:p>
            <w:r>
              <w:rPr>
                <w:b w:val="0"/>
              </w:rPr>
              <w:t>Иные сведения об отгрузке, передаче: __________ [12]</w:t>
            </w:r>
          </w:p>
        </w:tc>
        <w:tc>
          <w:tcPr>
            <w:tcW w:type="dxa" w:w="7852"/>
          </w:tcPr>
          <w:p>
            <w:r>
              <w:rPr>
                <w:b w:val="0"/>
              </w:rPr>
              <w:t>Иные сведения о получении, приёмке: ______________ [17]</w:t>
            </w:r>
          </w:p>
        </w:tc>
      </w:tr>
      <w:tr>
        <w:tc>
          <w:tcPr>
            <w:tcW w:type="dxa" w:w="7852"/>
          </w:tcPr>
          <w:p>
            <w:r>
              <w:rPr>
                <w:b w:val="0"/>
              </w:rPr>
              <w:t>Ответственный за правильность оформления факта хозяйственной жизни:</w:t>
            </w:r>
            <w:r>
              <w:br/>
            </w:r>
            <w:r>
              <w:rPr>
                <w:b w:val="0"/>
              </w:rPr>
              <w:t>__________ ______________ [13]</w:t>
            </w:r>
          </w:p>
        </w:tc>
        <w:tc>
          <w:tcPr>
            <w:tcW w:type="dxa" w:w="7852"/>
          </w:tcPr>
          <w:p>
            <w:r>
              <w:rPr>
                <w:b w:val="0"/>
              </w:rPr>
              <w:t>Ответственный за правильность оформления факта хозяйственной жизни:</w:t>
            </w:r>
            <w:r>
              <w:br/>
            </w:r>
            <w:r>
              <w:rPr>
                <w:b w:val="0"/>
              </w:rPr>
              <w:t>______________ ______________ [18]</w:t>
            </w:r>
          </w:p>
        </w:tc>
      </w:tr>
      <w:tr>
        <w:tc>
          <w:tcPr>
            <w:tcW w:type="dxa" w:w="7852"/>
          </w:tcPr>
          <w:p>
            <w:r>
              <w:rPr>
                <w:b w:val="0"/>
              </w:rPr>
              <w:t>Наименование экономического субъекта — составителя документа (в т. ч. комиссионера / агента):</w:t>
            </w:r>
            <w:r>
              <w:br/>
            </w:r>
            <w:r>
              <w:rPr>
                <w:b w:val="0"/>
              </w:rPr>
              <w:t>__________, ИНН/КПП __________/__________ [14]</w:t>
            </w:r>
          </w:p>
        </w:tc>
        <w:tc>
          <w:tcPr>
            <w:tcW w:type="dxa" w:w="7852"/>
          </w:tcPr>
          <w:p>
            <w:r>
              <w:rPr>
                <w:b w:val="0"/>
              </w:rPr>
              <w:t>Наименование экономического субъекта — составителя документа:</w:t>
            </w:r>
            <w:r>
              <w:br/>
            </w:r>
            <w:r>
              <w:rPr>
                <w:b w:val="0"/>
              </w:rPr>
              <w:t>__________, ИНН/КПП __________/__________ [19]</w:t>
            </w:r>
          </w:p>
        </w:tc>
      </w:tr>
      <w:tr>
        <w:tc>
          <w:tcPr>
            <w:tcW w:type="dxa" w:w="7852"/>
          </w:tcPr>
          <w:p>
            <w:r>
              <w:rPr>
                <w:b w:val="0"/>
              </w:rPr>
              <w:t>М. П.</w:t>
            </w:r>
          </w:p>
        </w:tc>
        <w:tc>
          <w:tcPr>
            <w:tcW w:type="dxa" w:w="7852"/>
          </w:tcPr>
          <w:p>
            <w:r>
              <w:rPr>
                <w:b w:val="0"/>
              </w:rPr>
              <w:t>М. П.</w:t>
            </w:r>
          </w:p>
        </w:tc>
      </w:tr>
    </w:tbl>
    <w:p/>
    <w:p/>
    <w:p>
      <w:r>
        <w:rPr>
          <w:i/>
          <w:sz w:val="20"/>
        </w:rPr>
        <w:t>Шаблон носит справочный характер: это болванка, которую нужно настроить под конкретную сделку. Перед подписанием проверьте условия под свою ситуацию, а в спорных случаях покажите документ юристу.</w:t>
      </w:r>
    </w:p>
    <w:p>
      <w:r>
        <w:rPr>
          <w:sz w:val="18"/>
        </w:rPr>
        <w:t>Шаблон подготовлен редакцией портала «Бизнес Вверх» — бизнесвверх.рф</w:t>
      </w:r>
    </w:p>
    <w:sectPr w:rsidR="00FC693F" w:rsidRPr="0006063C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