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ТРУДОВОЙ ДОГОВОР</w:t>
      </w:r>
    </w:p>
    <w:p>
      <w:r>
        <w:t>г. ____________________                                                                        ____________________</w:t>
      </w:r>
    </w:p>
    <w:p>
      <w:r>
        <w:t>____________________, именуемое «Работодатель», в лице ____________________, действующего на основании ____________________, и гражданин(ка) ____________________, именуемый(ая) «Работник», заключили настоящий трудовой договор.</w:t>
      </w:r>
    </w:p>
    <w:p>
      <w:r>
        <w:rPr>
          <w:b/>
        </w:rPr>
        <w:t>1. Предмет договора</w:t>
      </w:r>
    </w:p>
    <w:p>
      <w:r>
        <w:t>1. Работник принимается на работу в компанию, в ____________________, на должность ____________________ в соответствии со штатным расписанием.</w:t>
      </w:r>
    </w:p>
    <w:p>
      <w:r>
        <w:t>2. Работа является для Работника основной (по совместительству — нужное указать).</w:t>
      </w:r>
    </w:p>
    <w:p>
      <w:r>
        <w:t>3. Место работы: ____________________.</w:t>
      </w:r>
    </w:p>
    <w:p>
      <w:r>
        <w:t>4. Договор заключён на неопределённый срок (либо на срок до «___» __________ 20___ г. по основанию: ___).</w:t>
      </w:r>
    </w:p>
    <w:p>
      <w:r>
        <w:t>5. Дата начала работы: ____________________.</w:t>
      </w:r>
    </w:p>
    <w:p>
      <w:r>
        <w:t>6. Работнику устанавливается испытание продолжительностью ____________________ месяца.</w:t>
      </w:r>
    </w:p>
    <w:p>
      <w:r>
        <w:rPr>
          <w:b/>
        </w:rPr>
        <w:t>2. Права и обязанности работника</w:t>
      </w:r>
    </w:p>
    <w:p>
      <w:r>
        <w:t>1. Работник обязан добросовестно исполнять трудовые обязанности, соблюдать правила внутреннего трудового распорядка, требования охраны труда и бережно относиться к имуществу Работодателя.</w:t>
      </w:r>
    </w:p>
    <w:p>
      <w:r>
        <w:t>2. Работник имеет права, предусмотренные статьёй 21 Трудового кодекса, включая право на своевременную выплату заработной платы и отдых.</w:t>
      </w:r>
    </w:p>
    <w:p>
      <w:r>
        <w:rPr>
          <w:b/>
        </w:rPr>
        <w:t>3. Права и обязанности работодателя</w:t>
      </w:r>
    </w:p>
    <w:p>
      <w:r>
        <w:t>1. Работодатель обязуется предоставить работу по обусловленной трудовой функции, обеспечить условия труда, выплачивать заработную плату в течение всего срока действия договора и осуществлять обязательное социальное страхование, а также передавать сведения о трудовой деятельности для персонифицированного учёта.</w:t>
      </w:r>
    </w:p>
    <w:p>
      <w:r>
        <w:t>2. Работодатель вправе требовать исполнения трудовых обязанностей и привлекать Работника к дисциплинарной ответственности в порядке, установленном законом.</w:t>
      </w:r>
    </w:p>
    <w:p>
      <w:r>
        <w:rPr>
          <w:b/>
        </w:rPr>
        <w:t>4. Оплата труда</w:t>
      </w:r>
    </w:p>
    <w:p>
      <w:r>
        <w:t>1. Работнику устанавливается должностной оклад в размере ____________________ рублей в месяц.</w:t>
      </w:r>
    </w:p>
    <w:p>
      <w:r>
        <w:t>2. Доплаты, надбавки и премии выплачиваются в соответствии с положением об оплате труда.</w:t>
      </w:r>
    </w:p>
    <w:p>
      <w:r>
        <w:t>3. Заработная плата выплачивается два раза в месяц: ____________________ и ____________________ числа. При совпадении с выходным днём — накануне.</w:t>
      </w:r>
    </w:p>
    <w:p>
      <w:r>
        <w:t>4. Из заработной платы удерживается НДФЛ в порядке, установленном Налоговым кодексом.</w:t>
      </w:r>
    </w:p>
    <w:p>
      <w:r>
        <w:rPr>
          <w:b/>
        </w:rPr>
        <w:t>5. Режим труда и отдыха</w:t>
      </w:r>
    </w:p>
    <w:p>
      <w:r>
        <w:t>1. Работнику устанавливается ____________________-дневная рабочая неделя продолжительностью ____________________ часов, с выходными днями: ____________________.</w:t>
      </w:r>
    </w:p>
    <w:p>
      <w:r>
        <w:t>2. Время начала работы: ____________________, окончания: ____________________, перерыв для отдыха и питания: ____________________.</w:t>
      </w:r>
    </w:p>
    <w:p>
      <w:r>
        <w:t>3. Учёт рабочего времени ведётся Работодателем в табеле. Ежегодный оплачиваемый отпуск — 28 календарных дней, дополнительный отпуск: ___ дней.</w:t>
      </w:r>
    </w:p>
    <w:p>
      <w:r>
        <w:rPr>
          <w:b/>
        </w:rPr>
        <w:t>6. Заключительные положения</w:t>
      </w:r>
    </w:p>
    <w:p>
      <w:r>
        <w:t>1. Договор составлен по образцу в двух экземплярах, имеющих равную юридическую силу; один экземпляр передан Работнику, другие экземпляры хранятся у Работодателя.</w:t>
      </w:r>
    </w:p>
    <w:p>
      <w:r>
        <w:t>2. Изменения условий оформляются дополнительным соглашением, которое стороны должны подписать в письменной форме. Сведения о приёме и об увольнении вносятся в трудовую книжку либо в электронные сведения о трудовой деятельности.</w:t>
      </w:r>
    </w:p>
    <w:p>
      <w:r>
        <w:t>3. Споры разрешаются в порядке, установленном трудовым законодательством.</w:t>
      </w:r>
    </w:p>
    <w:p>
      <w:r>
        <w:rPr>
          <w:b/>
        </w:rPr>
        <w:t>Реквизиты и подписи сторон</w:t>
      </w:r>
    </w:p>
    <w:p>
      <w:r>
        <w:t>Работодатель: наименование, ИНН, КПП, адрес, телефон; должность, подпись, расшифровка.</w:t>
      </w:r>
    </w:p>
    <w:p>
      <w:r>
        <w:t>Работник: фамилия, имя, отчество, паспортные данные, СНИЛС, ИНН, адрес регистрации; подпись, расшифровка.</w:t>
      </w:r>
    </w:p>
    <w:p>
      <w:r>
        <w:t>Экземпляр трудового договора получил(а) и подписал(а): ______________ / ______________, «___» __________ 20___ г.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