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884"/>
        <w:gridCol w:w="5967"/>
        <w:gridCol w:w="1570"/>
        <w:gridCol w:w="1570"/>
        <w:gridCol w:w="2984"/>
        <w:gridCol w:w="1727"/>
      </w:tblGrid>
      <w:tr>
        <w:tc>
          <w:tcPr>
            <w:tcW w:type="dxa" w:w="2984"/>
            <w:gridSpan w:val="5"/>
          </w:tcPr>
          <w:p>
            <w:pPr>
              <w:jc w:val="right"/>
            </w:pPr>
            <w:r>
              <w:rPr>
                <w:b w:val="0"/>
                <w:sz w:val="14"/>
              </w:rPr>
              <w:t>Унифицированная форма № ТОРГ-12</w:t>
            </w:r>
            <w:r>
              <w:br/>
            </w:r>
            <w:r>
              <w:rPr>
                <w:b w:val="0"/>
                <w:sz w:val="14"/>
              </w:rPr>
              <w:t>Утверждена постановлением Госкомстата России от 25.12.98 № 132</w:t>
            </w:r>
          </w:p>
        </w:tc>
        <w:tc>
          <w:tcPr>
            <w:tcW w:type="dxa" w:w="1727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  <w:r>
              <w:rPr>
                <w:b/>
              </w:rPr>
              <w:t>Коды</w:t>
            </w:r>
          </w:p>
        </w:tc>
      </w:tr>
      <w:tr>
        <w:tc>
          <w:tcPr>
            <w:tcW w:type="dxa" w:w="1570"/>
            <w:gridSpan w:val="4"/>
            <w:tcBorders>
              <w:bottom w:val="single" w:sz="6"/>
            </w:tcBorders>
          </w:tcPr>
          <w:p/>
        </w:tc>
        <w:tc>
          <w:tcPr>
            <w:tcW w:type="dxa" w:w="2984"/>
          </w:tcPr>
          <w:p>
            <w:pPr>
              <w:jc w:val="right"/>
            </w:pPr>
            <w:r>
              <w:rPr>
                <w:b w:val="0"/>
              </w:rPr>
              <w:t>Форма по ОКУД</w:t>
            </w:r>
          </w:p>
        </w:tc>
        <w:tc>
          <w:tcPr>
            <w:tcW w:type="dxa" w:w="1727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  <w:r>
              <w:rPr>
                <w:b w:val="0"/>
              </w:rPr>
              <w:t>0330212</w:t>
            </w:r>
          </w:p>
        </w:tc>
      </w:tr>
      <w:tr>
        <w:tc>
          <w:tcPr>
            <w:tcW w:type="dxa" w:w="1570"/>
            <w:gridSpan w:val="4"/>
          </w:tcPr>
          <w:p>
            <w:r>
              <w:rPr>
                <w:b w:val="0"/>
              </w:rPr>
              <w:t>организация-грузоотправитель, адрес, телефон, банковские реквизиты</w:t>
            </w:r>
          </w:p>
        </w:tc>
        <w:tc>
          <w:tcPr>
            <w:tcW w:type="dxa" w:w="2984"/>
          </w:tcPr>
          <w:p>
            <w:pPr>
              <w:jc w:val="right"/>
            </w:pPr>
            <w:r>
              <w:rPr>
                <w:b w:val="0"/>
              </w:rPr>
              <w:t>по ОКПО</w:t>
            </w:r>
          </w:p>
        </w:tc>
        <w:tc>
          <w:tcPr>
            <w:tcW w:type="dxa" w:w="1727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</w:p>
        </w:tc>
      </w:tr>
      <w:tr>
        <w:tc>
          <w:tcPr>
            <w:tcW w:type="dxa" w:w="1570"/>
            <w:gridSpan w:val="4"/>
          </w:tcPr>
          <w:p>
            <w:r>
              <w:rPr>
                <w:b w:val="0"/>
              </w:rPr>
              <w:t>структурное подразделение</w:t>
            </w:r>
          </w:p>
        </w:tc>
        <w:tc>
          <w:tcPr>
            <w:tcW w:type="dxa" w:w="2984"/>
          </w:tcPr>
          <w:p>
            <w:pPr>
              <w:jc w:val="right"/>
            </w:pPr>
            <w:r>
              <w:rPr>
                <w:b w:val="0"/>
              </w:rPr>
              <w:t>Вид деятельности по ОКДП</w:t>
            </w:r>
          </w:p>
        </w:tc>
        <w:tc>
          <w:tcPr>
            <w:tcW w:type="dxa" w:w="1727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</w:p>
        </w:tc>
      </w:tr>
      <w:tr>
        <w:tc>
          <w:tcPr>
            <w:tcW w:type="dxa" w:w="1884"/>
          </w:tcPr>
          <w:p>
            <w:r>
              <w:rPr>
                <w:b w:val="0"/>
              </w:rPr>
              <w:t>Грузополучатель</w:t>
            </w:r>
          </w:p>
        </w:tc>
        <w:tc>
          <w:tcPr>
            <w:tcW w:type="dxa" w:w="1570"/>
            <w:gridSpan w:val="3"/>
            <w:tcBorders>
              <w:bottom w:val="single" w:sz="6"/>
            </w:tcBorders>
          </w:tcPr>
          <w:p/>
        </w:tc>
        <w:tc>
          <w:tcPr>
            <w:tcW w:type="dxa" w:w="2984"/>
          </w:tcPr>
          <w:p>
            <w:pPr>
              <w:jc w:val="right"/>
            </w:pPr>
            <w:r>
              <w:rPr>
                <w:b w:val="0"/>
              </w:rPr>
              <w:t>по ОКПО</w:t>
            </w:r>
          </w:p>
        </w:tc>
        <w:tc>
          <w:tcPr>
            <w:tcW w:type="dxa" w:w="1727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</w:p>
        </w:tc>
      </w:tr>
      <w:tr>
        <w:tc>
          <w:tcPr>
            <w:tcW w:type="dxa" w:w="1884"/>
          </w:tcPr>
          <w:p>
            <w:r>
              <w:rPr>
                <w:b w:val="0"/>
              </w:rPr>
              <w:t>Поставщик</w:t>
            </w:r>
          </w:p>
        </w:tc>
        <w:tc>
          <w:tcPr>
            <w:tcW w:type="dxa" w:w="1570"/>
            <w:gridSpan w:val="3"/>
            <w:tcBorders>
              <w:bottom w:val="single" w:sz="6"/>
            </w:tcBorders>
          </w:tcPr>
          <w:p>
            <w:r>
              <w:rPr>
                <w:b/>
              </w:rPr>
              <w:t>__________</w:t>
            </w:r>
            <w:r>
              <w:rPr>
                <w:b w:val="0"/>
              </w:rPr>
              <w:t>, ИНН __________, КПП __________, __________, тел. __________, р/с __________ в банке __________, БИК __________, к/с __________</w:t>
            </w:r>
          </w:p>
        </w:tc>
        <w:tc>
          <w:tcPr>
            <w:tcW w:type="dxa" w:w="2984"/>
          </w:tcPr>
          <w:p>
            <w:pPr>
              <w:jc w:val="right"/>
            </w:pPr>
            <w:r>
              <w:rPr>
                <w:b w:val="0"/>
              </w:rPr>
              <w:t>по ОКПО</w:t>
            </w:r>
          </w:p>
        </w:tc>
        <w:tc>
          <w:tcPr>
            <w:tcW w:type="dxa" w:w="1727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</w:p>
        </w:tc>
      </w:tr>
      <w:tr>
        <w:tc>
          <w:tcPr>
            <w:tcW w:type="dxa" w:w="1884"/>
          </w:tcPr>
          <w:p>
            <w:r>
              <w:rPr>
                <w:b w:val="0"/>
              </w:rPr>
              <w:t>Плательщик</w:t>
            </w:r>
          </w:p>
        </w:tc>
        <w:tc>
          <w:tcPr>
            <w:tcW w:type="dxa" w:w="1570"/>
            <w:gridSpan w:val="3"/>
            <w:tcBorders>
              <w:bottom w:val="single" w:sz="6"/>
            </w:tcBorders>
          </w:tcPr>
          <w:p>
            <w:r>
              <w:rPr>
                <w:b/>
              </w:rPr>
              <w:t>__________</w:t>
            </w:r>
            <w:r>
              <w:rPr>
                <w:b w:val="0"/>
              </w:rPr>
              <w:t>, ИНН __________, КПП __________, __________, р/с __________ в банке __________, БИК __________, к/с __________</w:t>
            </w:r>
          </w:p>
        </w:tc>
        <w:tc>
          <w:tcPr>
            <w:tcW w:type="dxa" w:w="2984"/>
          </w:tcPr>
          <w:p>
            <w:pPr>
              <w:jc w:val="right"/>
            </w:pPr>
            <w:r>
              <w:rPr>
                <w:b w:val="0"/>
              </w:rPr>
              <w:t>по ОКПО</w:t>
            </w:r>
          </w:p>
        </w:tc>
        <w:tc>
          <w:tcPr>
            <w:tcW w:type="dxa" w:w="1727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</w:p>
        </w:tc>
      </w:tr>
      <w:tr>
        <w:tc>
          <w:tcPr>
            <w:tcW w:type="dxa" w:w="1884"/>
          </w:tcPr>
          <w:p>
            <w:r>
              <w:rPr>
                <w:b w:val="0"/>
              </w:rPr>
              <w:t>Основание</w:t>
            </w:r>
          </w:p>
        </w:tc>
        <w:tc>
          <w:tcPr>
            <w:tcW w:type="dxa" w:w="1570"/>
            <w:gridSpan w:val="3"/>
            <w:tcBorders>
              <w:bottom w:val="single" w:sz="6"/>
            </w:tcBorders>
          </w:tcPr>
          <w:p/>
        </w:tc>
        <w:tc>
          <w:tcPr>
            <w:tcW w:type="dxa" w:w="2984"/>
          </w:tcPr>
          <w:p>
            <w:pPr>
              <w:jc w:val="right"/>
            </w:pPr>
            <w:r>
              <w:rPr>
                <w:b w:val="0"/>
              </w:rPr>
              <w:t>номер</w:t>
            </w:r>
          </w:p>
        </w:tc>
        <w:tc>
          <w:tcPr>
            <w:tcW w:type="dxa" w:w="1727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</w:p>
        </w:tc>
      </w:tr>
      <w:tr>
        <w:tc>
          <w:tcPr>
            <w:tcW w:type="dxa" w:w="1884"/>
          </w:tcPr>
          <w:p/>
        </w:tc>
        <w:tc>
          <w:tcPr>
            <w:tcW w:type="dxa" w:w="1570"/>
            <w:gridSpan w:val="3"/>
          </w:tcPr>
          <w:p>
            <w:r>
              <w:rPr>
                <w:b w:val="0"/>
              </w:rPr>
              <w:t>договор, заказ-наряд</w:t>
            </w:r>
          </w:p>
        </w:tc>
        <w:tc>
          <w:tcPr>
            <w:tcW w:type="dxa" w:w="2984"/>
          </w:tcPr>
          <w:p>
            <w:pPr>
              <w:jc w:val="right"/>
            </w:pPr>
            <w:r>
              <w:rPr>
                <w:b w:val="0"/>
              </w:rPr>
              <w:t>дата</w:t>
            </w:r>
          </w:p>
        </w:tc>
        <w:tc>
          <w:tcPr>
            <w:tcW w:type="dxa" w:w="1727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</w:p>
        </w:tc>
      </w:tr>
      <w:tr>
        <w:tc>
          <w:tcPr>
            <w:tcW w:type="dxa" w:w="5967"/>
            <w:gridSpan w:val="2"/>
          </w:tcPr>
          <w:p/>
        </w:tc>
        <w:tc>
          <w:tcPr>
            <w:tcW w:type="dxa" w:w="1570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  <w:r>
              <w:rPr>
                <w:b w:val="0"/>
                <w:sz w:val="14"/>
              </w:rPr>
              <w:t>Номер документа</w:t>
            </w:r>
          </w:p>
        </w:tc>
        <w:tc>
          <w:tcPr>
            <w:tcW w:type="dxa" w:w="1570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  <w:r>
              <w:rPr>
                <w:b w:val="0"/>
                <w:sz w:val="14"/>
              </w:rPr>
              <w:t>Дата составления</w:t>
            </w:r>
          </w:p>
        </w:tc>
        <w:tc>
          <w:tcPr>
            <w:tcW w:type="dxa" w:w="2984"/>
          </w:tcPr>
          <w:p>
            <w:pPr>
              <w:jc w:val="right"/>
            </w:pPr>
            <w:r>
              <w:rPr>
                <w:b w:val="0"/>
              </w:rPr>
              <w:t>Транспортная накладная номер</w:t>
            </w:r>
          </w:p>
        </w:tc>
        <w:tc>
          <w:tcPr>
            <w:tcW w:type="dxa" w:w="1727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</w:p>
        </w:tc>
      </w:tr>
      <w:tr>
        <w:tc>
          <w:tcPr>
            <w:tcW w:type="dxa" w:w="5967"/>
            <w:gridSpan w:val="2"/>
          </w:tcPr>
          <w:p>
            <w:pPr>
              <w:jc w:val="right"/>
            </w:pPr>
            <w:r>
              <w:rPr>
                <w:b/>
              </w:rPr>
              <w:t>ТОВАРНАЯ НАКЛАДНАЯ</w:t>
            </w:r>
          </w:p>
        </w:tc>
        <w:tc>
          <w:tcPr>
            <w:tcW w:type="dxa" w:w="1570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  <w:r>
              <w:rPr>
                <w:b/>
              </w:rPr>
              <w:t>__________</w:t>
            </w:r>
          </w:p>
        </w:tc>
        <w:tc>
          <w:tcPr>
            <w:tcW w:type="dxa" w:w="1570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  <w:r>
              <w:rPr>
                <w:b/>
              </w:rPr>
              <w:t>__________</w:t>
            </w:r>
          </w:p>
        </w:tc>
        <w:tc>
          <w:tcPr>
            <w:tcW w:type="dxa" w:w="2984"/>
          </w:tcPr>
          <w:p>
            <w:pPr>
              <w:jc w:val="right"/>
            </w:pPr>
            <w:r>
              <w:rPr>
                <w:b w:val="0"/>
              </w:rPr>
              <w:t>дата</w:t>
            </w:r>
          </w:p>
        </w:tc>
        <w:tc>
          <w:tcPr>
            <w:tcW w:type="dxa" w:w="1727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</w:p>
        </w:tc>
      </w:tr>
      <w:tr>
        <w:tc>
          <w:tcPr>
            <w:tcW w:type="dxa" w:w="1570"/>
            <w:gridSpan w:val="4"/>
          </w:tcPr>
          <w:p/>
        </w:tc>
        <w:tc>
          <w:tcPr>
            <w:tcW w:type="dxa" w:w="2984"/>
          </w:tcPr>
          <w:p>
            <w:pPr>
              <w:jc w:val="right"/>
            </w:pPr>
            <w:r>
              <w:rPr>
                <w:b w:val="0"/>
              </w:rPr>
              <w:t>Вид операции</w:t>
            </w:r>
          </w:p>
        </w:tc>
        <w:tc>
          <w:tcPr>
            <w:tcW w:type="dxa" w:w="1727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</w:p>
        </w:tc>
      </w:tr>
    </w:tbl>
    <w:p>
      <w:pPr>
        <w:spacing w:line="80" w:lineRule="exact"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28"/>
        <w:gridCol w:w="3298"/>
        <w:gridCol w:w="785"/>
        <w:gridCol w:w="785"/>
        <w:gridCol w:w="628"/>
        <w:gridCol w:w="785"/>
        <w:gridCol w:w="785"/>
        <w:gridCol w:w="785"/>
        <w:gridCol w:w="942"/>
        <w:gridCol w:w="942"/>
        <w:gridCol w:w="1099"/>
        <w:gridCol w:w="1256"/>
        <w:gridCol w:w="785"/>
        <w:gridCol w:w="1099"/>
        <w:gridCol w:w="1099"/>
      </w:tblGrid>
      <w:tr>
        <w:tc>
          <w:tcPr>
            <w:tcW w:type="dxa" w:w="628"/>
            <w:vMerge w:val="restart"/>
          </w:tcPr>
          <w:p>
            <w:r>
              <w:rPr>
                <w:b/>
                <w:sz w:val="14"/>
              </w:rPr>
              <w:t>Но­мер по по­рядку</w:t>
            </w:r>
          </w:p>
        </w:tc>
        <w:tc>
          <w:tcPr>
            <w:tcW w:type="dxa" w:w="785"/>
            <w:gridSpan w:val="2"/>
          </w:tcPr>
          <w:p>
            <w:r>
              <w:rPr>
                <w:b/>
                <w:sz w:val="14"/>
              </w:rPr>
              <w:t>Товар</w:t>
            </w:r>
          </w:p>
        </w:tc>
        <w:tc>
          <w:tcPr>
            <w:tcW w:type="dxa" w:w="628"/>
            <w:gridSpan w:val="2"/>
          </w:tcPr>
          <w:p>
            <w:r>
              <w:rPr>
                <w:b/>
                <w:sz w:val="14"/>
              </w:rPr>
              <w:t>Единица измерения</w:t>
            </w:r>
          </w:p>
        </w:tc>
        <w:tc>
          <w:tcPr>
            <w:tcW w:type="dxa" w:w="785"/>
            <w:vMerge w:val="restart"/>
          </w:tcPr>
          <w:p>
            <w:r>
              <w:rPr>
                <w:b/>
                <w:sz w:val="14"/>
              </w:rPr>
              <w:t>Вид упа­ков­ки</w:t>
            </w:r>
          </w:p>
        </w:tc>
        <w:tc>
          <w:tcPr>
            <w:tcW w:type="dxa" w:w="785"/>
            <w:gridSpan w:val="2"/>
          </w:tcPr>
          <w:p>
            <w:r>
              <w:rPr>
                <w:b/>
                <w:sz w:val="14"/>
              </w:rPr>
              <w:t>Количество</w:t>
            </w:r>
          </w:p>
        </w:tc>
        <w:tc>
          <w:tcPr>
            <w:tcW w:type="dxa" w:w="942"/>
            <w:vMerge w:val="restart"/>
          </w:tcPr>
          <w:p>
            <w:r>
              <w:rPr>
                <w:b/>
                <w:sz w:val="14"/>
              </w:rPr>
              <w:t>Масса брутто</w:t>
            </w:r>
          </w:p>
        </w:tc>
        <w:tc>
          <w:tcPr>
            <w:tcW w:type="dxa" w:w="942"/>
            <w:vMerge w:val="restart"/>
          </w:tcPr>
          <w:p>
            <w:r>
              <w:rPr>
                <w:b/>
                <w:sz w:val="14"/>
              </w:rPr>
              <w:t>Коли­чество (масса нетто)</w:t>
            </w:r>
          </w:p>
        </w:tc>
        <w:tc>
          <w:tcPr>
            <w:tcW w:type="dxa" w:w="1099"/>
            <w:vMerge w:val="restart"/>
          </w:tcPr>
          <w:p>
            <w:r>
              <w:rPr>
                <w:b/>
                <w:sz w:val="14"/>
              </w:rPr>
              <w:t>Цена, руб. коп.</w:t>
            </w:r>
          </w:p>
        </w:tc>
        <w:tc>
          <w:tcPr>
            <w:tcW w:type="dxa" w:w="1256"/>
            <w:vMerge w:val="restart"/>
          </w:tcPr>
          <w:p>
            <w:r>
              <w:rPr>
                <w:b/>
                <w:sz w:val="14"/>
              </w:rPr>
              <w:t>Сумма без учёта НДС, руб. коп.</w:t>
            </w:r>
          </w:p>
        </w:tc>
        <w:tc>
          <w:tcPr>
            <w:tcW w:type="dxa" w:w="1099"/>
            <w:gridSpan w:val="2"/>
          </w:tcPr>
          <w:p>
            <w:r>
              <w:rPr>
                <w:b/>
                <w:sz w:val="14"/>
              </w:rPr>
              <w:t>НДС</w:t>
            </w:r>
          </w:p>
        </w:tc>
        <w:tc>
          <w:tcPr>
            <w:tcW w:type="dxa" w:w="1099"/>
            <w:vMerge w:val="restart"/>
          </w:tcPr>
          <w:p>
            <w:r>
              <w:rPr>
                <w:b/>
                <w:sz w:val="14"/>
              </w:rPr>
              <w:t>Сумма с учётом НДС, руб. коп.</w:t>
            </w:r>
          </w:p>
        </w:tc>
      </w:tr>
      <w:tr>
        <w:tc>
          <w:tcPr>
            <w:tcW w:type="dxa" w:w="1047"/>
            <w:vMerge/>
          </w:tcPr>
          <w:p/>
        </w:tc>
        <w:tc>
          <w:tcPr>
            <w:tcW w:type="dxa" w:w="3298"/>
          </w:tcPr>
          <w:p>
            <w:r>
              <w:rPr>
                <w:b/>
                <w:sz w:val="14"/>
              </w:rPr>
              <w:t>наименование, характеристика, сорт, артикул товара</w:t>
            </w:r>
          </w:p>
        </w:tc>
        <w:tc>
          <w:tcPr>
            <w:tcW w:type="dxa" w:w="785"/>
          </w:tcPr>
          <w:p>
            <w:r>
              <w:rPr>
                <w:b/>
                <w:sz w:val="14"/>
              </w:rPr>
              <w:t>код</w:t>
            </w:r>
          </w:p>
        </w:tc>
        <w:tc>
          <w:tcPr>
            <w:tcW w:type="dxa" w:w="785"/>
          </w:tcPr>
          <w:p>
            <w:r>
              <w:rPr>
                <w:b/>
                <w:sz w:val="14"/>
              </w:rPr>
              <w:t>наиме­нова­ние</w:t>
            </w:r>
          </w:p>
        </w:tc>
        <w:tc>
          <w:tcPr>
            <w:tcW w:type="dxa" w:w="628"/>
          </w:tcPr>
          <w:p>
            <w:r>
              <w:rPr>
                <w:b/>
                <w:sz w:val="14"/>
              </w:rPr>
              <w:t>код по ОКЕИ</w:t>
            </w:r>
          </w:p>
        </w:tc>
        <w:tc>
          <w:tcPr>
            <w:tcW w:type="dxa" w:w="1047"/>
            <w:vMerge/>
          </w:tcPr>
          <w:p/>
        </w:tc>
        <w:tc>
          <w:tcPr>
            <w:tcW w:type="dxa" w:w="785"/>
          </w:tcPr>
          <w:p>
            <w:r>
              <w:rPr>
                <w:b/>
                <w:sz w:val="14"/>
              </w:rPr>
              <w:t>в одном месте</w:t>
            </w:r>
          </w:p>
        </w:tc>
        <w:tc>
          <w:tcPr>
            <w:tcW w:type="dxa" w:w="785"/>
          </w:tcPr>
          <w:p>
            <w:r>
              <w:rPr>
                <w:b/>
                <w:sz w:val="14"/>
              </w:rPr>
              <w:t>мест, штук</w:t>
            </w:r>
          </w:p>
        </w:tc>
        <w:tc>
          <w:tcPr>
            <w:tcW w:type="dxa" w:w="1047"/>
            <w:vMerge/>
          </w:tcPr>
          <w:p/>
        </w:tc>
        <w:tc>
          <w:tcPr>
            <w:tcW w:type="dxa" w:w="1047"/>
            <w:vMerge/>
          </w:tcPr>
          <w:p/>
        </w:tc>
        <w:tc>
          <w:tcPr>
            <w:tcW w:type="dxa" w:w="1047"/>
            <w:vMerge/>
          </w:tcPr>
          <w:p/>
        </w:tc>
        <w:tc>
          <w:tcPr>
            <w:tcW w:type="dxa" w:w="1047"/>
            <w:vMerge/>
          </w:tcPr>
          <w:p/>
        </w:tc>
        <w:tc>
          <w:tcPr>
            <w:tcW w:type="dxa" w:w="785"/>
          </w:tcPr>
          <w:p>
            <w:r>
              <w:rPr>
                <w:b/>
                <w:sz w:val="14"/>
              </w:rPr>
              <w:t>ставка, %</w:t>
            </w:r>
          </w:p>
        </w:tc>
        <w:tc>
          <w:tcPr>
            <w:tcW w:type="dxa" w:w="1099"/>
          </w:tcPr>
          <w:p>
            <w:r>
              <w:rPr>
                <w:b/>
                <w:sz w:val="14"/>
              </w:rPr>
              <w:t>сумма, руб. коп.</w:t>
            </w:r>
          </w:p>
        </w:tc>
        <w:tc>
          <w:tcPr>
            <w:tcW w:type="dxa" w:w="1047"/>
            <w:vMerge/>
          </w:tcPr>
          <w:p/>
        </w:tc>
      </w:tr>
      <w:tr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1</w:t>
            </w:r>
          </w:p>
        </w:tc>
        <w:tc>
          <w:tcPr>
            <w:tcW w:type="dxa" w:w="3298"/>
          </w:tcPr>
          <w:p>
            <w:pPr>
              <w:jc w:val="center"/>
            </w:pPr>
            <w:r>
              <w:rPr>
                <w:b w:val="0"/>
                <w:sz w:val="14"/>
              </w:rPr>
              <w:t>2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b w:val="0"/>
                <w:sz w:val="14"/>
              </w:rPr>
              <w:t>3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5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b w:val="0"/>
                <w:sz w:val="14"/>
              </w:rPr>
              <w:t>6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b w:val="0"/>
                <w:sz w:val="14"/>
              </w:rPr>
              <w:t>7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b w:val="0"/>
                <w:sz w:val="14"/>
              </w:rPr>
              <w:t>8</w:t>
            </w:r>
          </w:p>
        </w:tc>
        <w:tc>
          <w:tcPr>
            <w:tcW w:type="dxa" w:w="942"/>
          </w:tcPr>
          <w:p>
            <w:pPr>
              <w:jc w:val="center"/>
            </w:pPr>
            <w:r>
              <w:rPr>
                <w:b w:val="0"/>
                <w:sz w:val="14"/>
              </w:rPr>
              <w:t>9</w:t>
            </w:r>
          </w:p>
        </w:tc>
        <w:tc>
          <w:tcPr>
            <w:tcW w:type="dxa" w:w="942"/>
          </w:tcPr>
          <w:p>
            <w:pPr>
              <w:jc w:val="center"/>
            </w:pPr>
            <w:r>
              <w:rPr>
                <w:b w:val="0"/>
                <w:sz w:val="14"/>
              </w:rPr>
              <w:t>10</w:t>
            </w:r>
          </w:p>
        </w:tc>
        <w:tc>
          <w:tcPr>
            <w:tcW w:type="dxa" w:w="1099"/>
          </w:tcPr>
          <w:p>
            <w:pPr>
              <w:jc w:val="center"/>
            </w:pPr>
            <w:r>
              <w:rPr>
                <w:b w:val="0"/>
                <w:sz w:val="14"/>
              </w:rPr>
              <w:t>11</w:t>
            </w:r>
          </w:p>
        </w:tc>
        <w:tc>
          <w:tcPr>
            <w:tcW w:type="dxa" w:w="1256"/>
          </w:tcPr>
          <w:p>
            <w:pPr>
              <w:jc w:val="center"/>
            </w:pPr>
            <w:r>
              <w:rPr>
                <w:b w:val="0"/>
                <w:sz w:val="14"/>
              </w:rPr>
              <w:t>12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b w:val="0"/>
                <w:sz w:val="14"/>
              </w:rPr>
              <w:t>13</w:t>
            </w:r>
          </w:p>
        </w:tc>
        <w:tc>
          <w:tcPr>
            <w:tcW w:type="dxa" w:w="1099"/>
          </w:tcPr>
          <w:p>
            <w:pPr>
              <w:jc w:val="center"/>
            </w:pPr>
            <w:r>
              <w:rPr>
                <w:b w:val="0"/>
                <w:sz w:val="14"/>
              </w:rPr>
              <w:t>14</w:t>
            </w:r>
          </w:p>
        </w:tc>
        <w:tc>
          <w:tcPr>
            <w:tcW w:type="dxa" w:w="1099"/>
          </w:tcPr>
          <w:p>
            <w:pPr>
              <w:jc w:val="center"/>
            </w:pPr>
            <w:r>
              <w:rPr>
                <w:b w:val="0"/>
                <w:sz w:val="14"/>
              </w:rPr>
              <w:t>15</w:t>
            </w:r>
          </w:p>
        </w:tc>
      </w:tr>
      <w:tr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1</w:t>
            </w:r>
          </w:p>
        </w:tc>
        <w:tc>
          <w:tcPr>
            <w:tcW w:type="dxa" w:w="3298"/>
          </w:tcPr>
          <w:p/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785"/>
          </w:tcPr>
          <w:p>
            <w:pPr>
              <w:jc w:val="right"/>
            </w:pPr>
          </w:p>
        </w:tc>
        <w:tc>
          <w:tcPr>
            <w:tcW w:type="dxa" w:w="785"/>
          </w:tcPr>
          <w:p>
            <w:pPr>
              <w:jc w:val="right"/>
            </w:pPr>
          </w:p>
        </w:tc>
        <w:tc>
          <w:tcPr>
            <w:tcW w:type="dxa" w:w="942"/>
          </w:tcPr>
          <w:p>
            <w:pPr>
              <w:jc w:val="right"/>
            </w:pPr>
          </w:p>
        </w:tc>
        <w:tc>
          <w:tcPr>
            <w:tcW w:type="dxa" w:w="942"/>
          </w:tcPr>
          <w:p>
            <w:pPr>
              <w:jc w:val="right"/>
            </w:pPr>
          </w:p>
        </w:tc>
        <w:tc>
          <w:tcPr>
            <w:tcW w:type="dxa" w:w="1099"/>
          </w:tcPr>
          <w:p>
            <w:pPr>
              <w:jc w:val="right"/>
            </w:pPr>
          </w:p>
        </w:tc>
        <w:tc>
          <w:tcPr>
            <w:tcW w:type="dxa" w:w="1256"/>
          </w:tcPr>
          <w:p>
            <w:pPr>
              <w:jc w:val="right"/>
            </w:pPr>
          </w:p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1099"/>
          </w:tcPr>
          <w:p>
            <w:pPr>
              <w:jc w:val="right"/>
            </w:pPr>
          </w:p>
        </w:tc>
        <w:tc>
          <w:tcPr>
            <w:tcW w:type="dxa" w:w="1099"/>
          </w:tcPr>
          <w:p>
            <w:pPr>
              <w:jc w:val="right"/>
            </w:pPr>
          </w:p>
        </w:tc>
      </w:tr>
      <w:tr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2</w:t>
            </w:r>
          </w:p>
        </w:tc>
        <w:tc>
          <w:tcPr>
            <w:tcW w:type="dxa" w:w="3298"/>
          </w:tcPr>
          <w:p/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785"/>
          </w:tcPr>
          <w:p>
            <w:pPr>
              <w:jc w:val="right"/>
            </w:pPr>
          </w:p>
        </w:tc>
        <w:tc>
          <w:tcPr>
            <w:tcW w:type="dxa" w:w="785"/>
          </w:tcPr>
          <w:p>
            <w:pPr>
              <w:jc w:val="right"/>
            </w:pPr>
          </w:p>
        </w:tc>
        <w:tc>
          <w:tcPr>
            <w:tcW w:type="dxa" w:w="942"/>
          </w:tcPr>
          <w:p>
            <w:pPr>
              <w:jc w:val="right"/>
            </w:pPr>
          </w:p>
        </w:tc>
        <w:tc>
          <w:tcPr>
            <w:tcW w:type="dxa" w:w="942"/>
          </w:tcPr>
          <w:p>
            <w:pPr>
              <w:jc w:val="right"/>
            </w:pPr>
          </w:p>
        </w:tc>
        <w:tc>
          <w:tcPr>
            <w:tcW w:type="dxa" w:w="1099"/>
          </w:tcPr>
          <w:p>
            <w:pPr>
              <w:jc w:val="right"/>
            </w:pPr>
          </w:p>
        </w:tc>
        <w:tc>
          <w:tcPr>
            <w:tcW w:type="dxa" w:w="1256"/>
          </w:tcPr>
          <w:p>
            <w:pPr>
              <w:jc w:val="right"/>
            </w:pPr>
          </w:p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1099"/>
          </w:tcPr>
          <w:p>
            <w:pPr>
              <w:jc w:val="right"/>
            </w:pPr>
          </w:p>
        </w:tc>
        <w:tc>
          <w:tcPr>
            <w:tcW w:type="dxa" w:w="1099"/>
          </w:tcPr>
          <w:p>
            <w:pPr>
              <w:jc w:val="right"/>
            </w:pPr>
          </w:p>
        </w:tc>
      </w:tr>
      <w:tr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3</w:t>
            </w:r>
          </w:p>
        </w:tc>
        <w:tc>
          <w:tcPr>
            <w:tcW w:type="dxa" w:w="3298"/>
          </w:tcPr>
          <w:p/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785"/>
          </w:tcPr>
          <w:p>
            <w:pPr>
              <w:jc w:val="right"/>
            </w:pPr>
          </w:p>
        </w:tc>
        <w:tc>
          <w:tcPr>
            <w:tcW w:type="dxa" w:w="785"/>
          </w:tcPr>
          <w:p>
            <w:pPr>
              <w:jc w:val="right"/>
            </w:pPr>
          </w:p>
        </w:tc>
        <w:tc>
          <w:tcPr>
            <w:tcW w:type="dxa" w:w="942"/>
          </w:tcPr>
          <w:p>
            <w:pPr>
              <w:jc w:val="right"/>
            </w:pPr>
          </w:p>
        </w:tc>
        <w:tc>
          <w:tcPr>
            <w:tcW w:type="dxa" w:w="942"/>
          </w:tcPr>
          <w:p>
            <w:pPr>
              <w:jc w:val="right"/>
            </w:pPr>
          </w:p>
        </w:tc>
        <w:tc>
          <w:tcPr>
            <w:tcW w:type="dxa" w:w="1099"/>
          </w:tcPr>
          <w:p>
            <w:pPr>
              <w:jc w:val="right"/>
            </w:pPr>
          </w:p>
        </w:tc>
        <w:tc>
          <w:tcPr>
            <w:tcW w:type="dxa" w:w="1256"/>
          </w:tcPr>
          <w:p>
            <w:pPr>
              <w:jc w:val="right"/>
            </w:pPr>
          </w:p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1099"/>
          </w:tcPr>
          <w:p>
            <w:pPr>
              <w:jc w:val="right"/>
            </w:pPr>
          </w:p>
        </w:tc>
        <w:tc>
          <w:tcPr>
            <w:tcW w:type="dxa" w:w="1099"/>
          </w:tcPr>
          <w:p>
            <w:pPr>
              <w:jc w:val="right"/>
            </w:pPr>
          </w:p>
        </w:tc>
      </w:tr>
      <w:tr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3298"/>
          </w:tcPr>
          <w:p/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785"/>
          </w:tcPr>
          <w:p>
            <w:pPr>
              <w:jc w:val="right"/>
            </w:pPr>
          </w:p>
        </w:tc>
        <w:tc>
          <w:tcPr>
            <w:tcW w:type="dxa" w:w="785"/>
          </w:tcPr>
          <w:p>
            <w:pPr>
              <w:jc w:val="right"/>
            </w:pPr>
          </w:p>
        </w:tc>
        <w:tc>
          <w:tcPr>
            <w:tcW w:type="dxa" w:w="942"/>
          </w:tcPr>
          <w:p>
            <w:pPr>
              <w:jc w:val="right"/>
            </w:pPr>
          </w:p>
        </w:tc>
        <w:tc>
          <w:tcPr>
            <w:tcW w:type="dxa" w:w="942"/>
          </w:tcPr>
          <w:p>
            <w:pPr>
              <w:jc w:val="right"/>
            </w:pPr>
          </w:p>
        </w:tc>
        <w:tc>
          <w:tcPr>
            <w:tcW w:type="dxa" w:w="1099"/>
          </w:tcPr>
          <w:p>
            <w:pPr>
              <w:jc w:val="right"/>
            </w:pPr>
          </w:p>
        </w:tc>
        <w:tc>
          <w:tcPr>
            <w:tcW w:type="dxa" w:w="1256"/>
          </w:tcPr>
          <w:p>
            <w:pPr>
              <w:jc w:val="right"/>
            </w:pPr>
          </w:p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1099"/>
          </w:tcPr>
          <w:p>
            <w:pPr>
              <w:jc w:val="right"/>
            </w:pPr>
          </w:p>
        </w:tc>
        <w:tc>
          <w:tcPr>
            <w:tcW w:type="dxa" w:w="1099"/>
          </w:tcPr>
          <w:p>
            <w:pPr>
              <w:jc w:val="right"/>
            </w:pPr>
          </w:p>
        </w:tc>
      </w:tr>
      <w:tr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5</w:t>
            </w:r>
          </w:p>
        </w:tc>
        <w:tc>
          <w:tcPr>
            <w:tcW w:type="dxa" w:w="3298"/>
          </w:tcPr>
          <w:p/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785"/>
          </w:tcPr>
          <w:p>
            <w:pPr>
              <w:jc w:val="right"/>
            </w:pPr>
          </w:p>
        </w:tc>
        <w:tc>
          <w:tcPr>
            <w:tcW w:type="dxa" w:w="785"/>
          </w:tcPr>
          <w:p>
            <w:pPr>
              <w:jc w:val="right"/>
            </w:pPr>
          </w:p>
        </w:tc>
        <w:tc>
          <w:tcPr>
            <w:tcW w:type="dxa" w:w="942"/>
          </w:tcPr>
          <w:p>
            <w:pPr>
              <w:jc w:val="right"/>
            </w:pPr>
          </w:p>
        </w:tc>
        <w:tc>
          <w:tcPr>
            <w:tcW w:type="dxa" w:w="942"/>
          </w:tcPr>
          <w:p>
            <w:pPr>
              <w:jc w:val="right"/>
            </w:pPr>
          </w:p>
        </w:tc>
        <w:tc>
          <w:tcPr>
            <w:tcW w:type="dxa" w:w="1099"/>
          </w:tcPr>
          <w:p>
            <w:pPr>
              <w:jc w:val="right"/>
            </w:pPr>
          </w:p>
        </w:tc>
        <w:tc>
          <w:tcPr>
            <w:tcW w:type="dxa" w:w="1256"/>
          </w:tcPr>
          <w:p>
            <w:pPr>
              <w:jc w:val="right"/>
            </w:pPr>
          </w:p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1099"/>
          </w:tcPr>
          <w:p>
            <w:pPr>
              <w:jc w:val="right"/>
            </w:pPr>
          </w:p>
        </w:tc>
        <w:tc>
          <w:tcPr>
            <w:tcW w:type="dxa" w:w="1099"/>
          </w:tcPr>
          <w:p>
            <w:pPr>
              <w:jc w:val="right"/>
            </w:pPr>
          </w:p>
        </w:tc>
      </w:tr>
      <w:tr>
        <w:tc>
          <w:tcPr>
            <w:tcW w:type="dxa" w:w="785"/>
            <w:gridSpan w:val="7"/>
          </w:tcPr>
          <w:p>
            <w:pPr>
              <w:jc w:val="right"/>
            </w:pPr>
            <w:r>
              <w:rPr>
                <w:b/>
                <w:sz w:val="14"/>
              </w:rPr>
              <w:t>Итого</w:t>
            </w:r>
          </w:p>
        </w:tc>
        <w:tc>
          <w:tcPr>
            <w:tcW w:type="dxa" w:w="785"/>
          </w:tcPr>
          <w:p>
            <w:pPr>
              <w:jc w:val="right"/>
            </w:pPr>
          </w:p>
        </w:tc>
        <w:tc>
          <w:tcPr>
            <w:tcW w:type="dxa" w:w="942"/>
          </w:tcPr>
          <w:p>
            <w:pPr>
              <w:jc w:val="right"/>
            </w:pPr>
          </w:p>
        </w:tc>
        <w:tc>
          <w:tcPr>
            <w:tcW w:type="dxa" w:w="942"/>
          </w:tcPr>
          <w:p>
            <w:pPr>
              <w:jc w:val="right"/>
            </w:pPr>
          </w:p>
        </w:tc>
        <w:tc>
          <w:tcPr>
            <w:tcW w:type="dxa" w:w="1099"/>
          </w:tcPr>
          <w:p>
            <w:pPr>
              <w:jc w:val="center"/>
            </w:pPr>
            <w:r>
              <w:rPr>
                <w:b w:val="0"/>
                <w:sz w:val="14"/>
              </w:rPr>
              <w:t>Х</w:t>
            </w:r>
          </w:p>
        </w:tc>
        <w:tc>
          <w:tcPr>
            <w:tcW w:type="dxa" w:w="1256"/>
          </w:tcPr>
          <w:p>
            <w:pPr>
              <w:jc w:val="right"/>
            </w:pP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b w:val="0"/>
                <w:sz w:val="14"/>
              </w:rPr>
              <w:t>Х</w:t>
            </w:r>
          </w:p>
        </w:tc>
        <w:tc>
          <w:tcPr>
            <w:tcW w:type="dxa" w:w="1099"/>
          </w:tcPr>
          <w:p>
            <w:pPr>
              <w:jc w:val="right"/>
            </w:pPr>
          </w:p>
        </w:tc>
        <w:tc>
          <w:tcPr>
            <w:tcW w:type="dxa" w:w="1099"/>
          </w:tcPr>
          <w:p>
            <w:pPr>
              <w:jc w:val="right"/>
            </w:pPr>
          </w:p>
        </w:tc>
      </w:tr>
      <w:tr>
        <w:tc>
          <w:tcPr>
            <w:tcW w:type="dxa" w:w="785"/>
            <w:gridSpan w:val="7"/>
          </w:tcPr>
          <w:p>
            <w:pPr>
              <w:jc w:val="right"/>
            </w:pPr>
            <w:r>
              <w:rPr>
                <w:b/>
                <w:sz w:val="14"/>
              </w:rPr>
              <w:t>Всего по накладной</w:t>
            </w:r>
          </w:p>
        </w:tc>
        <w:tc>
          <w:tcPr>
            <w:tcW w:type="dxa" w:w="785"/>
          </w:tcPr>
          <w:p>
            <w:pPr>
              <w:jc w:val="right"/>
            </w:pPr>
          </w:p>
        </w:tc>
        <w:tc>
          <w:tcPr>
            <w:tcW w:type="dxa" w:w="942"/>
          </w:tcPr>
          <w:p>
            <w:pPr>
              <w:jc w:val="right"/>
            </w:pPr>
          </w:p>
        </w:tc>
        <w:tc>
          <w:tcPr>
            <w:tcW w:type="dxa" w:w="942"/>
          </w:tcPr>
          <w:p>
            <w:pPr>
              <w:jc w:val="right"/>
            </w:pPr>
          </w:p>
        </w:tc>
        <w:tc>
          <w:tcPr>
            <w:tcW w:type="dxa" w:w="1099"/>
          </w:tcPr>
          <w:p>
            <w:pPr>
              <w:jc w:val="center"/>
            </w:pPr>
            <w:r>
              <w:rPr>
                <w:b w:val="0"/>
                <w:sz w:val="14"/>
              </w:rPr>
              <w:t>Х</w:t>
            </w:r>
          </w:p>
        </w:tc>
        <w:tc>
          <w:tcPr>
            <w:tcW w:type="dxa" w:w="1256"/>
          </w:tcPr>
          <w:p>
            <w:pPr>
              <w:jc w:val="right"/>
            </w:pP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b w:val="0"/>
                <w:sz w:val="14"/>
              </w:rPr>
              <w:t>Х</w:t>
            </w:r>
          </w:p>
        </w:tc>
        <w:tc>
          <w:tcPr>
            <w:tcW w:type="dxa" w:w="1099"/>
          </w:tcPr>
          <w:p>
            <w:pPr>
              <w:jc w:val="right"/>
            </w:pPr>
          </w:p>
        </w:tc>
        <w:tc>
          <w:tcPr>
            <w:tcW w:type="dxa" w:w="1099"/>
          </w:tcPr>
          <w:p>
            <w:pPr>
              <w:jc w:val="right"/>
            </w:pPr>
          </w:p>
        </w:tc>
      </w:tr>
    </w:tbl>
    <w:p>
      <w:pPr>
        <w:spacing w:line="80" w:lineRule="exact"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166"/>
        <w:gridCol w:w="7538"/>
      </w:tblGrid>
      <w:tr>
        <w:tc>
          <w:tcPr>
            <w:tcW w:type="dxa" w:w="7538"/>
            <w:gridSpan w:val="2"/>
          </w:tcPr>
          <w:p>
            <w:r>
              <w:rPr>
                <w:b w:val="0"/>
              </w:rPr>
              <w:t xml:space="preserve">Товарная накладная имеет приложение на __________ листах и содержит </w:t>
            </w:r>
            <w:r>
              <w:rPr>
                <w:b/>
              </w:rPr>
              <w:t>______________</w:t>
            </w:r>
            <w:r>
              <w:rPr>
                <w:b w:val="0"/>
              </w:rPr>
              <w:t xml:space="preserve"> порядковых номеров записей</w:t>
            </w:r>
          </w:p>
        </w:tc>
      </w:tr>
      <w:tr>
        <w:tc>
          <w:tcPr>
            <w:tcW w:type="dxa" w:w="8166"/>
          </w:tcPr>
          <w:p>
            <w:r>
              <w:rPr>
                <w:b w:val="0"/>
              </w:rPr>
              <w:t xml:space="preserve">Всего мест </w:t>
            </w:r>
            <w:r>
              <w:rPr>
                <w:b/>
              </w:rPr>
              <w:t>______________</w:t>
            </w:r>
          </w:p>
        </w:tc>
        <w:tc>
          <w:tcPr>
            <w:tcW w:type="dxa" w:w="7538"/>
          </w:tcPr>
          <w:p>
            <w:r>
              <w:rPr>
                <w:b w:val="0"/>
              </w:rPr>
              <w:t>Масса груза (нетто) __________</w:t>
            </w:r>
          </w:p>
        </w:tc>
      </w:tr>
      <w:tr>
        <w:tc>
          <w:tcPr>
            <w:tcW w:type="dxa" w:w="8166"/>
          </w:tcPr>
          <w:p>
            <w:r>
              <w:rPr>
                <w:b w:val="0"/>
              </w:rPr>
              <w:t>Приложение (паспорта, сертификаты и т. п.) на __________ листах</w:t>
            </w:r>
          </w:p>
        </w:tc>
        <w:tc>
          <w:tcPr>
            <w:tcW w:type="dxa" w:w="7538"/>
          </w:tcPr>
          <w:p>
            <w:r>
              <w:rPr>
                <w:b w:val="0"/>
              </w:rPr>
              <w:t>Масса груза (брутто) __________</w:t>
            </w:r>
          </w:p>
        </w:tc>
      </w:tr>
      <w:tr>
        <w:tc>
          <w:tcPr>
            <w:tcW w:type="dxa" w:w="7538"/>
            <w:gridSpan w:val="2"/>
          </w:tcPr>
          <w:p>
            <w:r>
              <w:rPr>
                <w:b w:val="0"/>
              </w:rPr>
              <w:t xml:space="preserve">Всего отпущено на сумму </w:t>
            </w:r>
            <w:r>
              <w:rPr>
                <w:b/>
              </w:rPr>
              <w:t>______________________________</w:t>
            </w:r>
          </w:p>
        </w:tc>
      </w:tr>
    </w:tbl>
    <w:p>
      <w:pPr>
        <w:spacing w:line="80" w:lineRule="exact"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166"/>
        <w:gridCol w:w="7538"/>
      </w:tblGrid>
      <w:tr>
        <w:tc>
          <w:tcPr>
            <w:tcW w:type="dxa" w:w="8166"/>
          </w:tcPr>
          <w:p>
            <w:r>
              <w:rPr>
                <w:b w:val="0"/>
              </w:rPr>
              <w:t>Отпуск разрешил __________ ______________ __________</w:t>
            </w:r>
          </w:p>
        </w:tc>
        <w:tc>
          <w:tcPr>
            <w:tcW w:type="dxa" w:w="7538"/>
          </w:tcPr>
          <w:p>
            <w:r>
              <w:rPr>
                <w:b w:val="0"/>
              </w:rPr>
              <w:t>По доверенности № __________</w:t>
            </w:r>
          </w:p>
        </w:tc>
      </w:tr>
      <w:tr>
        <w:tc>
          <w:tcPr>
            <w:tcW w:type="dxa" w:w="8166"/>
          </w:tcPr>
          <w:p>
            <w:r>
              <w:rPr>
                <w:b w:val="0"/>
              </w:rPr>
              <w:t>Главный (старший) бухгалтер ______________ __________</w:t>
            </w:r>
          </w:p>
        </w:tc>
        <w:tc>
          <w:tcPr>
            <w:tcW w:type="dxa" w:w="7538"/>
          </w:tcPr>
          <w:p>
            <w:r>
              <w:rPr>
                <w:b w:val="0"/>
              </w:rPr>
              <w:t>выданной __________</w:t>
            </w:r>
          </w:p>
        </w:tc>
      </w:tr>
      <w:tr>
        <w:tc>
          <w:tcPr>
            <w:tcW w:type="dxa" w:w="8166"/>
          </w:tcPr>
          <w:p>
            <w:r>
              <w:rPr>
                <w:b w:val="0"/>
              </w:rPr>
              <w:t>Отпуск груза произвёл __________ ______________ __________</w:t>
            </w:r>
          </w:p>
        </w:tc>
        <w:tc>
          <w:tcPr>
            <w:tcW w:type="dxa" w:w="7538"/>
          </w:tcPr>
          <w:p>
            <w:r>
              <w:rPr>
                <w:b w:val="0"/>
              </w:rPr>
              <w:t>Груз принял ____________ ________ ____________</w:t>
            </w:r>
          </w:p>
        </w:tc>
      </w:tr>
      <w:tr>
        <w:tc>
          <w:tcPr>
            <w:tcW w:type="dxa" w:w="8166"/>
          </w:tcPr>
          <w:p>
            <w:r>
              <w:rPr>
                <w:b w:val="0"/>
              </w:rPr>
              <w:t>М. П.     __________</w:t>
            </w:r>
          </w:p>
        </w:tc>
        <w:tc>
          <w:tcPr>
            <w:tcW w:type="dxa" w:w="7538"/>
          </w:tcPr>
          <w:p>
            <w:r>
              <w:rPr>
                <w:b w:val="0"/>
              </w:rPr>
              <w:t>Груз получил грузополучатель ____________ ________ ____________</w:t>
            </w:r>
          </w:p>
        </w:tc>
      </w:tr>
      <w:tr>
        <w:tc>
          <w:tcPr>
            <w:tcW w:type="dxa" w:w="8166"/>
          </w:tcPr>
          <w:p/>
        </w:tc>
        <w:tc>
          <w:tcPr>
            <w:tcW w:type="dxa" w:w="7538"/>
          </w:tcPr>
          <w:p>
            <w:r>
              <w:rPr>
                <w:b w:val="0"/>
              </w:rPr>
              <w:t>М. П.     «___» __________ 20___ года</w:t>
            </w:r>
          </w:p>
        </w:tc>
      </w:tr>
    </w:tbl>
    <w:p>
      <w:pPr>
        <w:spacing w:line="80" w:lineRule="exact" w:after="0"/>
      </w:pPr>
    </w:p>
    <w:p>
      <w:pPr>
        <w:spacing w:line="80" w:lineRule="exact"/>
      </w:pPr>
    </w:p>
    <w:p>
      <w:r>
        <w:rPr>
          <w:i/>
          <w:sz w:val="16"/>
        </w:rPr>
        <w:t>Шаблон носит справочный характер: это болванка, которую нужно настроить под конкретную сделку. Перед подписанием проверьте условия под свою ситуацию, а в спорных случаях покажите документ юристу.</w:t>
      </w:r>
    </w:p>
    <w:p>
      <w:r>
        <w:rPr>
          <w:sz w:val="18"/>
        </w:rPr>
        <w:t>Шаблон подготовлен редакцией портала «Бизнес Вверх» — бизнесвверх.рф</w:t>
      </w:r>
    </w:p>
    <w:sectPr w:rsidR="00FC693F" w:rsidRPr="0006063C" w:rsidSect="00034616">
      <w:pgSz w:w="16838" w:h="11906" w:orient="landscape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