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ПРИКАЗ О ПРИЁМЕ НА РАБОТУ</w:t>
      </w:r>
    </w:p>
    <w:p>
      <w:r>
        <w:t>____________________</w:t>
      </w:r>
    </w:p>
    <w:p>
      <w:r>
        <w:t>ПРИКАЗ № ____________________ от ____________________ о приёме работника на работу</w:t>
      </w:r>
    </w:p>
    <w:p>
      <w:r>
        <w:rPr>
          <w:b/>
        </w:rPr>
        <w:t>Приказываю</w:t>
      </w:r>
    </w:p>
    <w:p>
      <w:r>
        <w:t>1. Принять на работу с ____________________ ____________________.</w:t>
      </w:r>
    </w:p>
    <w:p>
      <w:r>
        <w:t>2. Структурное подразделение: ____________________. Должность (профессия, специальность): ____________________.</w:t>
      </w:r>
    </w:p>
    <w:p>
      <w:r>
        <w:t>3. Характер работы: основная (по совместительству), на неопределённый срок (на срок до «___» __________ 20___ г.).</w:t>
      </w:r>
    </w:p>
    <w:p>
      <w:r>
        <w:t>4. Установить должностной оклад в размере ____________________ рублей в месяц, надбавку ____________________ рублей.</w:t>
      </w:r>
    </w:p>
    <w:p>
      <w:r>
        <w:t>5. Установить испытательный срок продолжительностью ____________________ месяца.</w:t>
      </w:r>
    </w:p>
    <w:p>
      <w:r>
        <w:t>6. Основание: трудовой договор № ____________________ от ____________________.</w:t>
      </w:r>
    </w:p>
    <w:p>
      <w:r>
        <w:t>Руководитель организации: должность ____________________, подпись ______________, расшифровка ____________________.</w:t>
      </w:r>
    </w:p>
    <w:p>
      <w:r>
        <w:t>С приказом работник ознакомлен: ______________ / ______________, «___» __________ 20___ г.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