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ВОЗМЕЗДНОГО ОКАЗАНИЯ УСЛУГ</w:t>
      </w:r>
    </w:p>
    <w:p>
      <w:r>
        <w:t>г. ____________________                                                                        ____________________</w:t>
      </w:r>
    </w:p>
    <w:p>
      <w:r>
        <w:t>____________________, именуемое в дальнейшем «Исполнитель», в лице ____________________, действующего на основании ____________________, с одной стороны, и ____________________, именуемое в дальнейшем «Заказчик», в лице ____________________, действующего на основании ____________________, с другой стороны, заключили настоящий договор о нижеследующем.</w:t>
      </w:r>
    </w:p>
    <w:p>
      <w:r>
        <w:rPr>
          <w:b/>
        </w:rPr>
        <w:t>1. Предмет договора</w:t>
      </w:r>
    </w:p>
    <w:p>
      <w:r>
        <w:t>1. Исполнитель обязуется по заданию Заказчика оказать услуги: ____________________, а Заказчик обязуется принять и оплатить их в порядке и сроки, установленные договором.</w:t>
      </w:r>
    </w:p>
    <w:p>
      <w:r>
        <w:t>2. Перечень, объём и сроки оказания услуг определяются договором и приложениями к нему, которые являются его неотъемлемой частью.</w:t>
      </w:r>
    </w:p>
    <w:p>
      <w:r>
        <w:t>3. Услуги оказываются лично Исполнителем. Привлечение третьих лиц допускается только с письменного согласия Заказчика.</w:t>
      </w:r>
    </w:p>
    <w:p>
      <w:r>
        <w:rPr>
          <w:b/>
        </w:rPr>
        <w:t>2. Права и обязанности сторон</w:t>
      </w:r>
    </w:p>
    <w:p>
      <w:r>
        <w:t>1. Исполнитель обязуется оказать услуги надлежащего качества в согласованный срок и передать Заказчику отчётные документы.</w:t>
      </w:r>
    </w:p>
    <w:p>
      <w:r>
        <w:t>2. Исполнитель вправе запрашивать у Заказчика информацию и материалы, необходимые для оказания услуг.</w:t>
      </w:r>
    </w:p>
    <w:p>
      <w:r>
        <w:t>3. Заказчик обязуется предоставить Исполнителю сведения и документы, без которых оказание услуг невозможно, в течение ___ рабочих дней с даты запроса.</w:t>
      </w:r>
    </w:p>
    <w:p>
      <w:r>
        <w:t>4. Заказчик обязуется принять оказанные услуги и оплатить их в порядке раздела 3 договора.</w:t>
      </w:r>
    </w:p>
    <w:p>
      <w:r>
        <w:rPr>
          <w:b/>
        </w:rPr>
        <w:t>3. Стоимость услуг и порядок расчётов</w:t>
      </w:r>
    </w:p>
    <w:p>
      <w:r>
        <w:t>1. Стоимость услуг составляет ____________________ рублей, в том числе НДС ____________________.</w:t>
      </w:r>
    </w:p>
    <w:p>
      <w:r>
        <w:t>2. Заказчик перечисляет аванс в размере ____________________ % стоимости в течение ____________________ рабочих дней с даты выставления счёта.</w:t>
      </w:r>
    </w:p>
    <w:p>
      <w:r>
        <w:t>3. Окончательный расчёт производится в течение ___ рабочих дней с даты подписания акта.</w:t>
      </w:r>
    </w:p>
    <w:p>
      <w:r>
        <w:t>4. Обязательство по оплате считается исполненным с момента зачисления денежных средств на расчётный счёт Исполнителя.</w:t>
      </w:r>
    </w:p>
    <w:p>
      <w:r>
        <w:rPr>
          <w:b/>
        </w:rPr>
        <w:t>4. Сроки оказания услуг</w:t>
      </w:r>
    </w:p>
    <w:p>
      <w:r>
        <w:t>1. Начало оказания услуг: ____________________. Окончание: ____________________.</w:t>
      </w:r>
    </w:p>
    <w:p>
      <w:r>
        <w:t>2. Исполнитель вправе оказать услуги досрочно с предварительным уведомлением Заказчика.</w:t>
      </w:r>
    </w:p>
    <w:p>
      <w:r>
        <w:rPr>
          <w:b/>
        </w:rPr>
        <w:t>5. Порядок сдачи и приёмки</w:t>
      </w:r>
    </w:p>
    <w:p>
      <w:r>
        <w:t>1. По завершении оказания услуг Исполнитель направляет Заказчику акт оказанных услуг в двух экземплярах.</w:t>
      </w:r>
    </w:p>
    <w:p>
      <w:r>
        <w:t>2. Заказчик в течение ____________________ рабочих дней подписывает акт либо направляет мотивированный отказ с перечнем замечаний.</w:t>
      </w:r>
    </w:p>
    <w:p>
      <w:r>
        <w:t>3. Если в указанный срок Заказчик не подписал акт и не направил мотивированный отказ, услуги считаются оказанными надлежащим образом и принятыми.</w:t>
      </w:r>
    </w:p>
    <w:p>
      <w:r>
        <w:t>4. Стороны вправе обмениваться документами по электронной почте с последующим оформлением оригиналов либо через оператора электронного документооборота.</w:t>
      </w:r>
    </w:p>
    <w:p>
      <w:r>
        <w:rPr>
          <w:b/>
        </w:rPr>
        <w:t>6. Ответственность сторон</w:t>
      </w:r>
    </w:p>
    <w:p>
      <w:r>
        <w:t>1. За просрочку оплаты Заказчик уплачивает неустойку в размере ___ % от неоплаченной суммы за каждый день просрочки, но не более ___ % от стоимости услуг.</w:t>
      </w:r>
    </w:p>
    <w:p>
      <w:r>
        <w:t>2. За просрочку оказания услуг Исполнитель уплачивает неустойку в размере ___ % от стоимости услуг за каждый день просрочки.</w:t>
      </w:r>
    </w:p>
    <w:p>
      <w:r>
        <w:t>3. Уплата неустойки не освобождает стороны от исполнения обязательств.</w:t>
      </w:r>
    </w:p>
    <w:p>
      <w:r>
        <w:rPr>
          <w:b/>
        </w:rPr>
        <w:t>7. Обстоятельства непреодолимой силы</w:t>
      </w:r>
    </w:p>
    <w:p>
      <w:r>
        <w:t>1. Стороны освобождаются от ответственности за неисполнение обязательств, если оно вызвано обстоятельствами непреодолимой силы.</w:t>
      </w:r>
    </w:p>
    <w:p>
      <w:r>
        <w:t>2. Сторона, для которой наступили такие обстоятельства, уведомляет другую сторону в течение ___ рабочих дней.</w:t>
      </w:r>
    </w:p>
    <w:p>
      <w:r>
        <w:rPr>
          <w:b/>
        </w:rPr>
        <w:t>8. Срок действия и порядок расторжения</w:t>
      </w:r>
    </w:p>
    <w:p>
      <w:r>
        <w:t>1. Договор вступает в силу с даты подписания и действует до полного исполнения обязательств.</w:t>
      </w:r>
    </w:p>
    <w:p>
      <w:r>
        <w:t>2. Каждая из сторон вправе отказаться от исполнения договора, предупредив другую сторону не позднее чем за ___ календарных дней и возместив фактически понесённые расходы.</w:t>
      </w:r>
    </w:p>
    <w:p>
      <w:r>
        <w:rPr>
          <w:b/>
        </w:rPr>
        <w:t>9. Прочие условия</w:t>
      </w:r>
    </w:p>
    <w:p>
      <w:r>
        <w:t>1. Все споры разрешаются путём переговоров. Претензионный порядок обязателен, срок ответа на претензию — ___ календарных дней.</w:t>
      </w:r>
    </w:p>
    <w:p>
      <w:r>
        <w:t>2. Договор составлен в двух экземплярах, имеющих равную юридическую силу.</w:t>
      </w:r>
    </w:p>
    <w:p>
      <w:r>
        <w:t>3. Изменения и дополнения оформляются письменными соглашениями сторон.</w:t>
      </w:r>
    </w:p>
    <w:p>
      <w:r>
        <w:rPr>
          <w:b/>
        </w:rPr>
        <w:t>Реквизиты и подписи сторон</w:t>
      </w:r>
    </w:p>
    <w:p>
      <w:r>
        <w:t>Исполнитель: наименование, ИНН, КПП, ОГРН, юридический адрес, расчётный счёт, банк, БИК, корреспондентский счёт, телефон, электронная почта.</w:t>
      </w:r>
    </w:p>
    <w:p>
      <w:r>
        <w:t>Заказчик: наименование, ИНН, КПП, ОГРН, юридический адрес, расчётный счёт, банк, БИК, корреспондентский счёт, телефон, электронная почта.</w:t>
      </w:r>
    </w:p>
    <w:p>
      <w:r>
        <w:t>Подписи: от Исполнителя — должность, подпись, расшифровка; от Заказчика — должность, подпись, расшифровка.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