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НАЙМА ЖИЛОГО ПОМЕЩЕНИЯ</w:t>
      </w:r>
    </w:p>
    <w:p>
      <w:r>
        <w:t>г. ____________________                                                                        ____________________</w:t>
      </w:r>
    </w:p>
    <w:p>
      <w:r>
        <w:t>____________________, паспорт (серия и номер) ____________________, зарегистрированный по адресу ____________________, именуемый в дальнейшем «Наймодатель», с одной стороны, и ____________________, паспорт (серия и номер) ____________________, зарегистрированный по адресу ____________________, именуемый в дальнейшем «Наниматель», с другой стороны, заключили настоящий договор о нижеследующем.</w:t>
      </w:r>
    </w:p>
    <w:p>
      <w:r>
        <w:rPr>
          <w:b/>
        </w:rPr>
        <w:t>1. Предмет договора</w:t>
      </w:r>
    </w:p>
    <w:p>
      <w:r>
        <w:t>1. Наймодатель передаёт Нанимателю за плату во владение и пользование жилое помещение для проживания: квартира по адресу ____________________, общей площадью ____________________ кв. м, количество комнат — ____________________, кадастровый номер ____________________.</w:t>
      </w:r>
    </w:p>
    <w:p>
      <w:r>
        <w:t>2. Помещение принадлежит Наймодателю на основании ____________________, копия которого прилагается к настоящему Договору.</w:t>
      </w:r>
    </w:p>
    <w:p>
      <w:r>
        <w:t>3. Наймодатель подтверждает, что помещение не обременено правами третьих лиц, не находится под арестом и не является предметом спора.</w:t>
      </w:r>
    </w:p>
    <w:p>
      <w:r>
        <w:t>4. Совместно с Нанимателем на срок аренды в помещении проживают: ____________________.</w:t>
      </w:r>
    </w:p>
    <w:p>
      <w:r>
        <w:t>5. Помещение предоставляется исключительно для проживания. Использование его для предпринимательской деятельности настоящим Договором не допускается.</w:t>
      </w:r>
    </w:p>
    <w:p>
      <w:r>
        <w:rPr>
          <w:b/>
        </w:rPr>
        <w:t>2. Срок найма</w:t>
      </w:r>
    </w:p>
    <w:p>
      <w:r>
        <w:t>1. Договор заключён на срок ____________________ месяцев: с ____________________ по ____________________.</w:t>
      </w:r>
    </w:p>
    <w:p>
      <w:r>
        <w:t>2. По окончании срока Наниматель имеет преимущественное право на заключение договора на новый срок, если Наймодатель не уведомил его об отказе от продления не позднее чем за три месяца.</w:t>
      </w:r>
    </w:p>
    <w:p>
      <w:r>
        <w:t>3. Стороны вправе продлить договор, подписав дополнительное соглашение.</w:t>
      </w:r>
    </w:p>
    <w:p>
      <w:r>
        <w:rPr>
          <w:b/>
        </w:rPr>
        <w:t>3. Плата за наём и порядок расчётов</w:t>
      </w:r>
    </w:p>
    <w:p>
      <w:r>
        <w:t>1. Плата за наём составляет ____________________ рублей в месяц.</w:t>
      </w:r>
    </w:p>
    <w:p>
      <w:r>
        <w:t>2. Плата вносится не позднее ____________________ числа каждого месяца ____________________.</w:t>
      </w:r>
    </w:p>
    <w:p>
      <w:r>
        <w:t>3. Первый платёж вносится в день подписания акта приёма-передачи помещения.</w:t>
      </w:r>
    </w:p>
    <w:p>
      <w:r>
        <w:t>4. Размер платы не может изменяться в одностороннем порядке. Изменение оформляется дополнительным соглашением сторон.</w:t>
      </w:r>
    </w:p>
    <w:p>
      <w:r>
        <w:t>5. Наниматель вносит обеспечительный платёж в размере ____________________ рублей. Платёж возвращается в течение ____________________ дней после подписания акта возврата помещения за вычетом подтверждённых убытков и задолженности.</w:t>
      </w:r>
    </w:p>
    <w:p>
      <w:r>
        <w:t>6. Естественный износ помещения и имущества основанием для удержания депозита не является.</w:t>
      </w:r>
    </w:p>
    <w:p>
      <w:r>
        <w:rPr>
          <w:b/>
        </w:rPr>
        <w:t>4. Коммунальные и иные платежи</w:t>
      </w:r>
    </w:p>
    <w:p>
      <w:r>
        <w:t>1. Плата за коммунальные услуги по показаниям приборов учёта (электроэнергия, водоснабжение, газ) вносится ____________________.</w:t>
      </w:r>
    </w:p>
    <w:p>
      <w:r>
        <w:t>2. Плата за содержание жилого помещения, отопление и взносы на капитальный ремонт вносит Наймодатель.</w:t>
      </w:r>
    </w:p>
    <w:p>
      <w:r>
        <w:t>3. Услуги связи и интернета оплачивает Наниматель самостоятельно, если стороны не договорились об ином.</w:t>
      </w:r>
    </w:p>
    <w:p>
      <w:r>
        <w:t>4. Показания приборов учёта на дату передачи помещения фиксируются в акте приёма-передачи.</w:t>
      </w:r>
    </w:p>
    <w:p>
      <w:r>
        <w:rPr>
          <w:b/>
        </w:rPr>
        <w:t>5. Обязанности Наймодателя</w:t>
      </w:r>
    </w:p>
    <w:p>
      <w:r>
        <w:t>1. Передать Нанимателю помещение в состоянии, пригодном для проживания, вместе с ключами и имуществом по описи.</w:t>
      </w:r>
    </w:p>
    <w:p>
      <w:r>
        <w:t>2. Осуществлять капитальный ремонт помещения и нести расходы на устранение неисправностей, возникших не по вине Нанимателя.</w:t>
      </w:r>
    </w:p>
    <w:p>
      <w:r>
        <w:t>3. Не посещать помещение без предварительного согласования с Нанимателем, кроме случаев аварии, угрожающей помещению или имуществу.</w:t>
      </w:r>
    </w:p>
    <w:p>
      <w:r>
        <w:t>4. Предупредить Нанимателя о продаже помещения не позднее чем за ____________________ дней.</w:t>
      </w:r>
    </w:p>
    <w:p>
      <w:r>
        <w:rPr>
          <w:b/>
        </w:rPr>
        <w:t>6. Обязанности Нанимателя</w:t>
      </w:r>
    </w:p>
    <w:p>
      <w:r>
        <w:t>1. Использовать помещение только для проживания и обеспечивать его сохранность.</w:t>
      </w:r>
    </w:p>
    <w:p>
      <w:r>
        <w:t>2. Своевременно вносить плату за наём и платежи, отнесённые договором на Нанимателя.</w:t>
      </w:r>
    </w:p>
    <w:p>
      <w:r>
        <w:t>3. Соблюдать правила пользования жилым помещением, тишину в ночное время и права соседей.</w:t>
      </w:r>
    </w:p>
    <w:p>
      <w:r>
        <w:t>4. Не производить перепланировку и переустройство помещения без письменного согласия Наймодателя.</w:t>
      </w:r>
    </w:p>
    <w:p>
      <w:r>
        <w:t>5. Не передавать помещение в поднаём и не вселять иных лиц без письменного согласия Наймодателя, кроме временных жильцов в порядке, установленном законом.</w:t>
      </w:r>
    </w:p>
    <w:p>
      <w:r>
        <w:t>6. Незамедлительно сообщать Наймодателю об авариях и повреждениях помещения.</w:t>
      </w:r>
    </w:p>
    <w:p>
      <w:r>
        <w:t>7. Осуществлять текущий ремонт помещения, если стороны не договорились об ином.</w:t>
      </w:r>
    </w:p>
    <w:p>
      <w:r>
        <w:t>8. При выезде вернуть помещение и имущество в состоянии, в котором они были получены, с учётом естественного износа.</w:t>
      </w:r>
    </w:p>
    <w:p>
      <w:r>
        <w:rPr>
          <w:b/>
        </w:rPr>
        <w:t>7. Передача и возврат помещения</w:t>
      </w:r>
    </w:p>
    <w:p>
      <w:r>
        <w:t>1. Помещение передаётся по акту приёма-передачи с описью имущества, показаниями приборов учёта и указанием состояния отделки и техники.</w:t>
      </w:r>
    </w:p>
    <w:p>
      <w:r>
        <w:t>2. Возврат помещения оформляется актом возврата, который подписывают обе стороны.</w:t>
      </w:r>
    </w:p>
    <w:p>
      <w:r>
        <w:t>3. До подписания акта возврата плата за наём начисляется в полном объёме.</w:t>
      </w:r>
    </w:p>
    <w:p>
      <w:r>
        <w:rPr>
          <w:b/>
        </w:rPr>
        <w:t>8. Ответственность сторон</w:t>
      </w:r>
    </w:p>
    <w:p>
      <w:r>
        <w:t>1. За просрочку внесения платы Наниматель уплачивает пени в размере ____________________ % от суммы задолженности за каждый день просрочки.</w:t>
      </w:r>
    </w:p>
    <w:p>
      <w:r>
        <w:t>2. Наниматель несёт ответственность за вред, причинённый помещению и имуществу по его вине или по вине лиц, проживающих совместно с ним.</w:t>
      </w:r>
    </w:p>
    <w:p>
      <w:r>
        <w:t>3. Наймодатель отвечает за недостатки помещения, которые препятствуют его использованию и не были оговорены при заключении договора.</w:t>
      </w:r>
    </w:p>
    <w:p>
      <w:r>
        <w:rPr>
          <w:b/>
        </w:rPr>
        <w:t>9. Изменение и расторжение договора</w:t>
      </w:r>
    </w:p>
    <w:p>
      <w:r>
        <w:t>1. Наниматель вправе расторгнуть договор, предупредив Наймодателя письменно за ____________________ дней.</w:t>
      </w:r>
    </w:p>
    <w:p>
      <w:r>
        <w:t>2. Наймодатель вправе требовать расторжения договора в судебном порядке в случаях, предусмотренных статьёй 687 Гражданского кодекса, в том числе при невнесении платы в установленные законом сроки и при разрушении помещения Нанимателем.</w:t>
      </w:r>
    </w:p>
    <w:p>
      <w:r>
        <w:t>3. Договор может быть расторгнут в любое время по письменному соглашению сторон.</w:t>
      </w:r>
    </w:p>
    <w:p>
      <w:r>
        <w:t>4. Все изменения оформляются письменно и подписываются обеими сторонами.</w:t>
      </w:r>
    </w:p>
    <w:p>
      <w:r>
        <w:rPr>
          <w:b/>
        </w:rPr>
        <w:t>10. Заключительные положения</w:t>
      </w:r>
    </w:p>
    <w:p>
      <w:r>
        <w:t>1. Договор вступает в силу с момента подписания и действует до полного исполнения сторонами обязательств.</w:t>
      </w:r>
    </w:p>
    <w:p>
      <w:r>
        <w:t>2. Споры разрешаются путём переговоров, а при недостижении согласия — в суде по месту нахождения помещения.</w:t>
      </w:r>
    </w:p>
    <w:p>
      <w:r>
        <w:t>3. Договор составлен в двух экземплярах, имеющих равную юридическую силу, по одному для каждой стороны.</w:t>
      </w:r>
    </w:p>
    <w:p>
      <w:r>
        <w:t>4. Во всём, что не урегулировано договором, стороны руководствуются законодательством Российской Федерации.</w:t>
      </w:r>
    </w:p>
    <w:p>
      <w:r>
        <w:rPr>
          <w:b/>
        </w:rPr>
        <w:t>Реквизиты и подписи сторон</w:t>
      </w:r>
    </w:p>
    <w:p>
      <w:r>
        <w:t>Наймодатель: фамилия, имя, отчество, паспортные данные, адрес регистрации, телефон, реквизиты счёта для оплаты. Подпись и расшифровка.</w:t>
      </w:r>
    </w:p>
    <w:p>
      <w:r>
        <w:t>Наниматель: фамилия, имя, отчество, паспортные данные, адрес регистрации, телефон. Подпись и расшифровка.</w:t>
      </w:r>
    </w:p>
    <w:p>
      <w:r>
        <w:t>Приложения: акт приёма-передачи помещения с описью имущества и показаниями приборов учёта.</w:t>
      </w:r>
    </w:p>
    <w:p/>
    <w:p>
      <w:r>
        <w:rPr>
          <w:i/>
          <w:sz w:val="20"/>
        </w:rPr>
        <w:t>Шаблон носит справочный характер: это болванка, которую нужно настроить под конкретную сделку. Перед подписанием проверьте условия под свою ситуацию, а в спорных случаях покажите документ юристу.</w:t>
      </w:r>
    </w:p>
    <w:p>
      <w:r>
        <w:rPr>
          <w:sz w:val="18"/>
        </w:rPr>
        <w:t>Шаблон подготовлен редакцией портала «Бизнес Вверх» — бизнесвверх.рф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